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4A2DA" w14:textId="77777777" w:rsidR="000B7BF6" w:rsidRDefault="000B7BF6" w:rsidP="00E629AD">
      <w:pPr>
        <w:pStyle w:val="Ttulo1"/>
        <w:jc w:val="center"/>
        <w:rPr>
          <w:rFonts w:ascii="Book Antiqua" w:hAnsi="Book Antiqua"/>
          <w:color w:val="auto"/>
          <w:sz w:val="40"/>
          <w:szCs w:val="40"/>
        </w:rPr>
      </w:pPr>
    </w:p>
    <w:p w14:paraId="076106D3" w14:textId="43244CD7" w:rsidR="00E629AD" w:rsidRPr="000B7BF6" w:rsidRDefault="00E629AD" w:rsidP="00E629AD">
      <w:pPr>
        <w:pStyle w:val="Ttulo1"/>
        <w:jc w:val="center"/>
        <w:rPr>
          <w:rFonts w:ascii="Book Antiqua" w:hAnsi="Book Antiqua"/>
          <w:color w:val="auto"/>
          <w:sz w:val="40"/>
          <w:szCs w:val="40"/>
        </w:rPr>
      </w:pPr>
      <w:r w:rsidRPr="000B7BF6">
        <w:rPr>
          <w:rFonts w:ascii="Book Antiqua" w:hAnsi="Book Antiqua"/>
          <w:color w:val="auto"/>
          <w:sz w:val="40"/>
          <w:szCs w:val="40"/>
        </w:rPr>
        <w:t>CHAMAMENTO PÚBLICO Nº 01/2025</w:t>
      </w:r>
    </w:p>
    <w:p w14:paraId="304F727E" w14:textId="77777777" w:rsidR="00E629AD" w:rsidRPr="000B7BF6" w:rsidRDefault="00E629AD" w:rsidP="00E629AD">
      <w:pPr>
        <w:rPr>
          <w:rFonts w:ascii="Book Antiqua" w:hAnsi="Book Antiqua"/>
        </w:rPr>
      </w:pPr>
    </w:p>
    <w:p w14:paraId="72E81B32" w14:textId="77777777" w:rsidR="00E629AD" w:rsidRPr="000B7BF6" w:rsidRDefault="00E629AD" w:rsidP="00E629AD">
      <w:pPr>
        <w:jc w:val="center"/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>19ª FESTA DO AGRICULTOR DE CAPINZAL</w:t>
      </w:r>
    </w:p>
    <w:p w14:paraId="4D683BAF" w14:textId="77777777" w:rsidR="00E629AD" w:rsidRPr="000B7BF6" w:rsidRDefault="00E629AD" w:rsidP="00E629AD">
      <w:pPr>
        <w:pStyle w:val="Ttulo2"/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t>PREÂMBULO</w:t>
      </w:r>
    </w:p>
    <w:p w14:paraId="32C67F6B" w14:textId="77777777" w:rsidR="00E629AD" w:rsidRPr="000B7BF6" w:rsidRDefault="00E629AD" w:rsidP="00E629AD">
      <w:pPr>
        <w:rPr>
          <w:rFonts w:ascii="Book Antiqua" w:hAnsi="Book Antiqua"/>
        </w:rPr>
      </w:pPr>
    </w:p>
    <w:p w14:paraId="0412F35B" w14:textId="77777777" w:rsidR="00E629AD" w:rsidRDefault="00E629AD" w:rsidP="00E629AD">
      <w:pPr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 xml:space="preserve">O </w:t>
      </w:r>
      <w:proofErr w:type="spellStart"/>
      <w:r w:rsidRPr="000B7BF6">
        <w:rPr>
          <w:rFonts w:ascii="Book Antiqua" w:hAnsi="Book Antiqua"/>
          <w:sz w:val="24"/>
          <w:szCs w:val="24"/>
        </w:rPr>
        <w:t>Município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Capinzal, </w:t>
      </w:r>
      <w:proofErr w:type="spellStart"/>
      <w:r w:rsidRPr="000B7BF6">
        <w:rPr>
          <w:rFonts w:ascii="Book Antiqua" w:hAnsi="Book Antiqua"/>
          <w:sz w:val="24"/>
          <w:szCs w:val="24"/>
        </w:rPr>
        <w:t>por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meio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</w:t>
      </w:r>
      <w:proofErr w:type="spellStart"/>
      <w:r w:rsidRPr="000B7BF6">
        <w:rPr>
          <w:rFonts w:ascii="Book Antiqua" w:hAnsi="Book Antiqua"/>
          <w:sz w:val="24"/>
          <w:szCs w:val="24"/>
        </w:rPr>
        <w:t>Secretaria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Municipal de Agricultura e Meio </w:t>
      </w:r>
      <w:proofErr w:type="spellStart"/>
      <w:r w:rsidRPr="000B7BF6">
        <w:rPr>
          <w:rFonts w:ascii="Book Antiqua" w:hAnsi="Book Antiqua"/>
          <w:sz w:val="24"/>
          <w:szCs w:val="24"/>
        </w:rPr>
        <w:t>Ambiente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da </w:t>
      </w:r>
      <w:proofErr w:type="spellStart"/>
      <w:r w:rsidRPr="000B7BF6">
        <w:rPr>
          <w:rFonts w:ascii="Book Antiqua" w:hAnsi="Book Antiqua"/>
          <w:sz w:val="24"/>
          <w:szCs w:val="24"/>
        </w:rPr>
        <w:t>Comissão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Organizadora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19ª Festa do </w:t>
      </w:r>
      <w:proofErr w:type="spellStart"/>
      <w:r w:rsidRPr="000B7BF6">
        <w:rPr>
          <w:rFonts w:ascii="Book Antiqua" w:hAnsi="Book Antiqua"/>
          <w:sz w:val="24"/>
          <w:szCs w:val="24"/>
        </w:rPr>
        <w:t>Agricultor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— </w:t>
      </w:r>
      <w:proofErr w:type="spellStart"/>
      <w:r w:rsidRPr="000B7BF6">
        <w:rPr>
          <w:rFonts w:ascii="Book Antiqua" w:hAnsi="Book Antiqua"/>
          <w:sz w:val="24"/>
          <w:szCs w:val="24"/>
        </w:rPr>
        <w:t>instituída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com o </w:t>
      </w:r>
      <w:proofErr w:type="spellStart"/>
      <w:r w:rsidRPr="000B7BF6">
        <w:rPr>
          <w:rFonts w:ascii="Book Antiqua" w:hAnsi="Book Antiqua"/>
          <w:sz w:val="24"/>
          <w:szCs w:val="24"/>
        </w:rPr>
        <w:t>objetivo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planejar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executar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evento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—, </w:t>
      </w:r>
      <w:proofErr w:type="spellStart"/>
      <w:r w:rsidRPr="000B7BF6">
        <w:rPr>
          <w:rFonts w:ascii="Book Antiqua" w:hAnsi="Book Antiqua"/>
          <w:sz w:val="24"/>
          <w:szCs w:val="24"/>
        </w:rPr>
        <w:t>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conjunto com a </w:t>
      </w:r>
      <w:proofErr w:type="spellStart"/>
      <w:r w:rsidRPr="000B7BF6">
        <w:rPr>
          <w:rFonts w:ascii="Book Antiqua" w:hAnsi="Book Antiqua"/>
          <w:sz w:val="24"/>
          <w:szCs w:val="24"/>
        </w:rPr>
        <w:t>Secretaria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Desenvolvimento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Econômico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o </w:t>
      </w:r>
      <w:proofErr w:type="spellStart"/>
      <w:r w:rsidRPr="000B7BF6">
        <w:rPr>
          <w:rFonts w:ascii="Book Antiqua" w:hAnsi="Book Antiqua"/>
          <w:sz w:val="24"/>
          <w:szCs w:val="24"/>
        </w:rPr>
        <w:t>Conselho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Municipal da Agricultura e </w:t>
      </w:r>
      <w:proofErr w:type="spellStart"/>
      <w:r w:rsidRPr="000B7BF6">
        <w:rPr>
          <w:rFonts w:ascii="Book Antiqua" w:hAnsi="Book Antiqua"/>
          <w:sz w:val="24"/>
          <w:szCs w:val="24"/>
        </w:rPr>
        <w:t>demais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entidades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promotoras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torna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público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presente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Chamamento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Público para </w:t>
      </w:r>
      <w:proofErr w:type="spellStart"/>
      <w:r w:rsidRPr="000B7BF6">
        <w:rPr>
          <w:rFonts w:ascii="Book Antiqua" w:hAnsi="Book Antiqua"/>
          <w:sz w:val="24"/>
          <w:szCs w:val="24"/>
        </w:rPr>
        <w:t>credenciamento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empresas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interessadas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participar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como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expositoras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com </w:t>
      </w:r>
      <w:proofErr w:type="spellStart"/>
      <w:r w:rsidRPr="000B7BF6">
        <w:rPr>
          <w:rFonts w:ascii="Book Antiqua" w:hAnsi="Book Antiqua"/>
          <w:sz w:val="24"/>
          <w:szCs w:val="24"/>
        </w:rPr>
        <w:t>estandes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próprios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durante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 19ª Festa do </w:t>
      </w:r>
      <w:proofErr w:type="spellStart"/>
      <w:r w:rsidRPr="000B7BF6">
        <w:rPr>
          <w:rFonts w:ascii="Book Antiqua" w:hAnsi="Book Antiqua"/>
          <w:sz w:val="24"/>
          <w:szCs w:val="24"/>
        </w:rPr>
        <w:t>Agricultor</w:t>
      </w:r>
      <w:proofErr w:type="spellEnd"/>
      <w:r w:rsidRPr="000B7BF6">
        <w:rPr>
          <w:rFonts w:ascii="Book Antiqua" w:hAnsi="Book Antiqua"/>
          <w:sz w:val="24"/>
          <w:szCs w:val="24"/>
        </w:rPr>
        <w:t>.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  <w:t xml:space="preserve">O </w:t>
      </w:r>
      <w:proofErr w:type="spellStart"/>
      <w:r w:rsidRPr="000B7BF6">
        <w:rPr>
          <w:rFonts w:ascii="Book Antiqua" w:hAnsi="Book Antiqua"/>
          <w:sz w:val="24"/>
          <w:szCs w:val="24"/>
        </w:rPr>
        <w:t>evento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ocorrerá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no </w:t>
      </w:r>
      <w:proofErr w:type="spellStart"/>
      <w:r w:rsidRPr="000B7BF6">
        <w:rPr>
          <w:rFonts w:ascii="Book Antiqua" w:hAnsi="Book Antiqua"/>
          <w:sz w:val="24"/>
          <w:szCs w:val="24"/>
        </w:rPr>
        <w:t>dia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06 de </w:t>
      </w:r>
      <w:proofErr w:type="spellStart"/>
      <w:r w:rsidRPr="000B7BF6">
        <w:rPr>
          <w:rFonts w:ascii="Book Antiqua" w:hAnsi="Book Antiqua"/>
          <w:sz w:val="24"/>
          <w:szCs w:val="24"/>
        </w:rPr>
        <w:t>julho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2025, no Parque de </w:t>
      </w:r>
      <w:proofErr w:type="spellStart"/>
      <w:r w:rsidRPr="000B7BF6">
        <w:rPr>
          <w:rFonts w:ascii="Book Antiqua" w:hAnsi="Book Antiqua"/>
          <w:sz w:val="24"/>
          <w:szCs w:val="24"/>
        </w:rPr>
        <w:t>Exposições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Domingos </w:t>
      </w:r>
      <w:proofErr w:type="spellStart"/>
      <w:r w:rsidRPr="000B7BF6">
        <w:rPr>
          <w:rFonts w:ascii="Book Antiqua" w:hAnsi="Book Antiqua"/>
          <w:sz w:val="24"/>
          <w:szCs w:val="24"/>
        </w:rPr>
        <w:t>Pellizzaro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localizado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na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comunidade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Engenho Novo, Capinzal/SC, com </w:t>
      </w:r>
      <w:proofErr w:type="spellStart"/>
      <w:r w:rsidRPr="000B7BF6">
        <w:rPr>
          <w:rFonts w:ascii="Book Antiqua" w:hAnsi="Book Antiqua"/>
          <w:sz w:val="24"/>
          <w:szCs w:val="24"/>
        </w:rPr>
        <w:t>início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às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8h30.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  <w:t xml:space="preserve">A </w:t>
      </w:r>
      <w:proofErr w:type="spellStart"/>
      <w:r w:rsidRPr="000B7BF6">
        <w:rPr>
          <w:rFonts w:ascii="Book Antiqua" w:hAnsi="Book Antiqua"/>
          <w:sz w:val="24"/>
          <w:szCs w:val="24"/>
        </w:rPr>
        <w:t>realização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é </w:t>
      </w:r>
      <w:proofErr w:type="spellStart"/>
      <w:r w:rsidRPr="000B7BF6">
        <w:rPr>
          <w:rFonts w:ascii="Book Antiqua" w:hAnsi="Book Antiqua"/>
          <w:sz w:val="24"/>
          <w:szCs w:val="24"/>
        </w:rPr>
        <w:t>conjunta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das </w:t>
      </w:r>
      <w:proofErr w:type="spellStart"/>
      <w:r w:rsidRPr="000B7BF6">
        <w:rPr>
          <w:rFonts w:ascii="Book Antiqua" w:hAnsi="Book Antiqua"/>
          <w:sz w:val="24"/>
          <w:szCs w:val="24"/>
        </w:rPr>
        <w:t>seguintes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entidades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apoiadoras</w:t>
      </w:r>
      <w:proofErr w:type="spellEnd"/>
      <w:r w:rsidRPr="000B7BF6">
        <w:rPr>
          <w:rFonts w:ascii="Book Antiqua" w:hAnsi="Book Antiqua"/>
          <w:sz w:val="24"/>
          <w:szCs w:val="24"/>
        </w:rPr>
        <w:t>:</w:t>
      </w:r>
      <w:r w:rsidRPr="000B7BF6">
        <w:rPr>
          <w:rFonts w:ascii="Book Antiqua" w:hAnsi="Book Antiqua"/>
          <w:sz w:val="24"/>
          <w:szCs w:val="24"/>
        </w:rPr>
        <w:br/>
        <w:t xml:space="preserve">- Sindicato dos Trabalhadores </w:t>
      </w:r>
      <w:proofErr w:type="spellStart"/>
      <w:r w:rsidRPr="000B7BF6">
        <w:rPr>
          <w:rFonts w:ascii="Book Antiqua" w:hAnsi="Book Antiqua"/>
          <w:sz w:val="24"/>
          <w:szCs w:val="24"/>
        </w:rPr>
        <w:t>Rurais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Capinzal</w:t>
      </w:r>
      <w:r w:rsidRPr="000B7BF6">
        <w:rPr>
          <w:rFonts w:ascii="Book Antiqua" w:hAnsi="Book Antiqua"/>
          <w:sz w:val="24"/>
          <w:szCs w:val="24"/>
        </w:rPr>
        <w:br/>
        <w:t>- Sindicato Rural</w:t>
      </w:r>
      <w:r w:rsidRPr="000B7BF6">
        <w:rPr>
          <w:rFonts w:ascii="Book Antiqua" w:hAnsi="Book Antiqua"/>
          <w:sz w:val="24"/>
          <w:szCs w:val="24"/>
        </w:rPr>
        <w:br/>
        <w:t>- COAFAN</w:t>
      </w:r>
      <w:r w:rsidRPr="000B7BF6">
        <w:rPr>
          <w:rFonts w:ascii="Book Antiqua" w:hAnsi="Book Antiqua"/>
          <w:sz w:val="24"/>
          <w:szCs w:val="24"/>
        </w:rPr>
        <w:br/>
        <w:t xml:space="preserve">- AMMAC – </w:t>
      </w:r>
      <w:proofErr w:type="spellStart"/>
      <w:r w:rsidRPr="000B7BF6">
        <w:rPr>
          <w:rFonts w:ascii="Book Antiqua" w:hAnsi="Book Antiqua"/>
          <w:sz w:val="24"/>
          <w:szCs w:val="24"/>
        </w:rPr>
        <w:t>Associação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das </w:t>
      </w:r>
      <w:proofErr w:type="spellStart"/>
      <w:r w:rsidRPr="000B7BF6">
        <w:rPr>
          <w:rFonts w:ascii="Book Antiqua" w:hAnsi="Book Antiqua"/>
          <w:sz w:val="24"/>
          <w:szCs w:val="24"/>
        </w:rPr>
        <w:t>Mulheres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Agricultoras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Capinzal</w:t>
      </w:r>
      <w:r w:rsidRPr="000B7BF6">
        <w:rPr>
          <w:rFonts w:ascii="Book Antiqua" w:hAnsi="Book Antiqua"/>
          <w:sz w:val="24"/>
          <w:szCs w:val="24"/>
        </w:rPr>
        <w:br/>
        <w:t xml:space="preserve">- Feira dos </w:t>
      </w:r>
      <w:proofErr w:type="spellStart"/>
      <w:r w:rsidRPr="000B7BF6">
        <w:rPr>
          <w:rFonts w:ascii="Book Antiqua" w:hAnsi="Book Antiqua"/>
          <w:sz w:val="24"/>
          <w:szCs w:val="24"/>
        </w:rPr>
        <w:t>Agricultores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Capinzal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Integração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Gaúcha</w:t>
      </w:r>
      <w:proofErr w:type="spellEnd"/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  <w:t xml:space="preserve">Conta </w:t>
      </w:r>
      <w:proofErr w:type="spellStart"/>
      <w:r w:rsidRPr="000B7BF6">
        <w:rPr>
          <w:rFonts w:ascii="Book Antiqua" w:hAnsi="Book Antiqua"/>
          <w:sz w:val="24"/>
          <w:szCs w:val="24"/>
        </w:rPr>
        <w:t>ainda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com o </w:t>
      </w:r>
      <w:proofErr w:type="spellStart"/>
      <w:r w:rsidRPr="000B7BF6">
        <w:rPr>
          <w:rFonts w:ascii="Book Antiqua" w:hAnsi="Book Antiqua"/>
          <w:sz w:val="24"/>
          <w:szCs w:val="24"/>
        </w:rPr>
        <w:t>apoio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institucional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</w:t>
      </w:r>
      <w:proofErr w:type="spellStart"/>
      <w:r w:rsidRPr="000B7BF6">
        <w:rPr>
          <w:rFonts w:ascii="Book Antiqua" w:hAnsi="Book Antiqua"/>
          <w:sz w:val="24"/>
          <w:szCs w:val="24"/>
        </w:rPr>
        <w:t>Administração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Municipal de Capinzal, </w:t>
      </w:r>
      <w:proofErr w:type="spellStart"/>
      <w:r w:rsidRPr="000B7BF6">
        <w:rPr>
          <w:rFonts w:ascii="Book Antiqua" w:hAnsi="Book Antiqua"/>
          <w:sz w:val="24"/>
          <w:szCs w:val="24"/>
        </w:rPr>
        <w:t>por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meio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</w:t>
      </w:r>
      <w:proofErr w:type="spellStart"/>
      <w:r w:rsidRPr="000B7BF6">
        <w:rPr>
          <w:rFonts w:ascii="Book Antiqua" w:hAnsi="Book Antiqua"/>
          <w:sz w:val="24"/>
          <w:szCs w:val="24"/>
        </w:rPr>
        <w:t>Secretaria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Municipal de Agricultura e Meio </w:t>
      </w:r>
      <w:proofErr w:type="spellStart"/>
      <w:r w:rsidRPr="000B7BF6">
        <w:rPr>
          <w:rFonts w:ascii="Book Antiqua" w:hAnsi="Book Antiqua"/>
          <w:sz w:val="24"/>
          <w:szCs w:val="24"/>
        </w:rPr>
        <w:t>Ambiente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da </w:t>
      </w:r>
      <w:proofErr w:type="spellStart"/>
      <w:r w:rsidRPr="000B7BF6">
        <w:rPr>
          <w:rFonts w:ascii="Book Antiqua" w:hAnsi="Book Antiqua"/>
          <w:sz w:val="24"/>
          <w:szCs w:val="24"/>
        </w:rPr>
        <w:t>Secretaria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Desenvolvimento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Econômico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demais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setores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municipais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competentes</w:t>
      </w:r>
      <w:proofErr w:type="spellEnd"/>
      <w:r w:rsidRPr="000B7BF6">
        <w:rPr>
          <w:rFonts w:ascii="Book Antiqua" w:hAnsi="Book Antiqua"/>
          <w:sz w:val="24"/>
          <w:szCs w:val="24"/>
        </w:rPr>
        <w:t>.</w:t>
      </w:r>
    </w:p>
    <w:p w14:paraId="6134EF0A" w14:textId="77777777" w:rsidR="000B7BF6" w:rsidRPr="000B7BF6" w:rsidRDefault="000B7BF6" w:rsidP="00E629AD">
      <w:pPr>
        <w:rPr>
          <w:rFonts w:ascii="Book Antiqua" w:hAnsi="Book Antiqua"/>
          <w:sz w:val="24"/>
          <w:szCs w:val="24"/>
        </w:rPr>
      </w:pPr>
    </w:p>
    <w:p w14:paraId="49E1205E" w14:textId="54545A98" w:rsidR="000B7BF6" w:rsidRDefault="00E629AD" w:rsidP="000B7BF6">
      <w:pPr>
        <w:pStyle w:val="Ttulo2"/>
        <w:numPr>
          <w:ilvl w:val="0"/>
          <w:numId w:val="12"/>
        </w:numPr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lastRenderedPageBreak/>
        <w:t>OBJETO</w:t>
      </w:r>
    </w:p>
    <w:p w14:paraId="1E659211" w14:textId="77777777" w:rsidR="000B7BF6" w:rsidRPr="000B7BF6" w:rsidRDefault="000B7BF6" w:rsidP="000B7BF6"/>
    <w:p w14:paraId="3F37E5FA" w14:textId="77777777" w:rsidR="000B7BF6" w:rsidRDefault="00E629AD" w:rsidP="00E629AD">
      <w:pPr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 xml:space="preserve">O </w:t>
      </w:r>
      <w:proofErr w:type="spellStart"/>
      <w:r w:rsidRPr="000B7BF6">
        <w:rPr>
          <w:rFonts w:ascii="Book Antiqua" w:hAnsi="Book Antiqua"/>
          <w:sz w:val="24"/>
          <w:szCs w:val="24"/>
        </w:rPr>
        <w:t>presente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Chamamento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visa </w:t>
      </w:r>
      <w:proofErr w:type="spellStart"/>
      <w:r w:rsidRPr="000B7BF6">
        <w:rPr>
          <w:rFonts w:ascii="Book Antiqua" w:hAnsi="Book Antiqua"/>
          <w:sz w:val="24"/>
          <w:szCs w:val="24"/>
        </w:rPr>
        <w:t>ao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credenciamento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empresas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legalmente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constituídas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interessadas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expor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promover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e/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comercializar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seus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produtos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serviços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durante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evento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utilizando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estrutura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própria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como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barracas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estandes</w:t>
      </w:r>
      <w:proofErr w:type="spellEnd"/>
      <w:r w:rsidRPr="000B7BF6">
        <w:rPr>
          <w:rFonts w:ascii="Book Antiqua" w:hAnsi="Book Antiqua"/>
          <w:sz w:val="24"/>
          <w:szCs w:val="24"/>
        </w:rPr>
        <w:t>, mesas, entre outros.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</w:r>
      <w:proofErr w:type="spellStart"/>
      <w:r w:rsidRPr="000B7BF6">
        <w:rPr>
          <w:rFonts w:ascii="Book Antiqua" w:hAnsi="Book Antiqua"/>
          <w:sz w:val="24"/>
          <w:szCs w:val="24"/>
        </w:rPr>
        <w:t>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expositores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terão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direito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à </w:t>
      </w:r>
      <w:proofErr w:type="spellStart"/>
      <w:r w:rsidRPr="000B7BF6">
        <w:rPr>
          <w:rFonts w:ascii="Book Antiqua" w:hAnsi="Book Antiqua"/>
          <w:sz w:val="24"/>
          <w:szCs w:val="24"/>
        </w:rPr>
        <w:t>instalação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área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específica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 Parque de </w:t>
      </w:r>
      <w:proofErr w:type="spellStart"/>
      <w:r w:rsidRPr="000B7BF6">
        <w:rPr>
          <w:rFonts w:ascii="Book Antiqua" w:hAnsi="Book Antiqua"/>
          <w:sz w:val="24"/>
          <w:szCs w:val="24"/>
        </w:rPr>
        <w:t>Exposições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conforme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gramStart"/>
      <w:r w:rsidRPr="000B7BF6">
        <w:rPr>
          <w:rFonts w:ascii="Book Antiqua" w:hAnsi="Book Antiqua"/>
          <w:sz w:val="24"/>
          <w:szCs w:val="24"/>
        </w:rPr>
        <w:t>a</w:t>
      </w:r>
      <w:proofErr w:type="gram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ordem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inscrição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a </w:t>
      </w:r>
      <w:proofErr w:type="spellStart"/>
      <w:r w:rsidRPr="000B7BF6">
        <w:rPr>
          <w:rFonts w:ascii="Book Antiqua" w:hAnsi="Book Antiqua"/>
          <w:sz w:val="24"/>
          <w:szCs w:val="24"/>
        </w:rPr>
        <w:t>distribuição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prevista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no </w:t>
      </w:r>
      <w:proofErr w:type="spellStart"/>
      <w:r w:rsidRPr="000B7BF6">
        <w:rPr>
          <w:rFonts w:ascii="Book Antiqua" w:hAnsi="Book Antiqua"/>
          <w:sz w:val="24"/>
          <w:szCs w:val="24"/>
        </w:rPr>
        <w:t>mapa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</w:p>
    <w:p w14:paraId="5B620F8F" w14:textId="23062EA3" w:rsidR="00E629AD" w:rsidRDefault="00E629AD" w:rsidP="00E629AD">
      <w:pPr>
        <w:rPr>
          <w:rFonts w:ascii="Book Antiqua" w:hAnsi="Book Antiqua"/>
          <w:sz w:val="24"/>
          <w:szCs w:val="24"/>
        </w:rPr>
      </w:pPr>
      <w:proofErr w:type="spellStart"/>
      <w:r w:rsidRPr="000B7BF6">
        <w:rPr>
          <w:rFonts w:ascii="Book Antiqua" w:hAnsi="Book Antiqua"/>
          <w:sz w:val="24"/>
          <w:szCs w:val="24"/>
        </w:rPr>
        <w:t>oficial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(Anexo III).</w:t>
      </w:r>
    </w:p>
    <w:p w14:paraId="43176B7A" w14:textId="77777777" w:rsidR="000B7BF6" w:rsidRPr="000B7BF6" w:rsidRDefault="000B7BF6" w:rsidP="00E629AD">
      <w:pPr>
        <w:rPr>
          <w:rFonts w:ascii="Book Antiqua" w:hAnsi="Book Antiqua"/>
          <w:sz w:val="24"/>
          <w:szCs w:val="24"/>
        </w:rPr>
      </w:pPr>
    </w:p>
    <w:p w14:paraId="5BFBC67A" w14:textId="77777777" w:rsidR="00E629AD" w:rsidRDefault="00E629AD" w:rsidP="00E629AD">
      <w:pPr>
        <w:pStyle w:val="Ttulo2"/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t>2. CONDIÇÕES DE PARTICIPAÇÃO</w:t>
      </w:r>
    </w:p>
    <w:p w14:paraId="35582C8B" w14:textId="77777777" w:rsidR="000B7BF6" w:rsidRPr="000B7BF6" w:rsidRDefault="000B7BF6" w:rsidP="000B7BF6"/>
    <w:p w14:paraId="64FA14E1" w14:textId="77777777" w:rsidR="00E629AD" w:rsidRDefault="00E629AD" w:rsidP="00E629AD">
      <w:pPr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 xml:space="preserve">2.1 </w:t>
      </w:r>
      <w:proofErr w:type="spellStart"/>
      <w:r w:rsidRPr="000B7BF6">
        <w:rPr>
          <w:rFonts w:ascii="Book Antiqua" w:hAnsi="Book Antiqua"/>
          <w:sz w:val="24"/>
          <w:szCs w:val="24"/>
        </w:rPr>
        <w:t>Poderão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se </w:t>
      </w:r>
      <w:proofErr w:type="spellStart"/>
      <w:r w:rsidRPr="000B7BF6">
        <w:rPr>
          <w:rFonts w:ascii="Book Antiqua" w:hAnsi="Book Antiqua"/>
          <w:sz w:val="24"/>
          <w:szCs w:val="24"/>
        </w:rPr>
        <w:t>inscrever</w:t>
      </w:r>
      <w:proofErr w:type="spellEnd"/>
      <w:r w:rsidRPr="000B7BF6">
        <w:rPr>
          <w:rFonts w:ascii="Book Antiqua" w:hAnsi="Book Antiqua"/>
          <w:sz w:val="24"/>
          <w:szCs w:val="24"/>
        </w:rPr>
        <w:t>: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Pessoas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jurídicas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com 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fins </w:t>
      </w:r>
      <w:proofErr w:type="spellStart"/>
      <w:r w:rsidRPr="000B7BF6">
        <w:rPr>
          <w:rFonts w:ascii="Book Antiqua" w:hAnsi="Book Antiqua"/>
          <w:sz w:val="24"/>
          <w:szCs w:val="24"/>
        </w:rPr>
        <w:t>lucrativos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devidamente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registradas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Empresas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dos </w:t>
      </w:r>
      <w:proofErr w:type="spellStart"/>
      <w:r w:rsidRPr="000B7BF6">
        <w:rPr>
          <w:rFonts w:ascii="Book Antiqua" w:hAnsi="Book Antiqua"/>
          <w:sz w:val="24"/>
          <w:szCs w:val="24"/>
        </w:rPr>
        <w:t>setores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comércio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indústria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serviços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agropecuária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artesanato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produtos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coloniais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(</w:t>
      </w:r>
      <w:proofErr w:type="spellStart"/>
      <w:r w:rsidRPr="000B7BF6">
        <w:rPr>
          <w:rFonts w:ascii="Book Antiqua" w:hAnsi="Book Antiqua"/>
          <w:sz w:val="24"/>
          <w:szCs w:val="24"/>
        </w:rPr>
        <w:t>como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queijo, </w:t>
      </w:r>
      <w:proofErr w:type="spellStart"/>
      <w:r w:rsidRPr="000B7BF6">
        <w:rPr>
          <w:rFonts w:ascii="Book Antiqua" w:hAnsi="Book Antiqua"/>
          <w:sz w:val="24"/>
          <w:szCs w:val="24"/>
        </w:rPr>
        <w:t>salame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doces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massas</w:t>
      </w:r>
      <w:proofErr w:type="spellEnd"/>
      <w:r w:rsidRPr="000B7BF6">
        <w:rPr>
          <w:rFonts w:ascii="Book Antiqua" w:hAnsi="Book Antiqua"/>
          <w:sz w:val="24"/>
          <w:szCs w:val="24"/>
        </w:rPr>
        <w:t>, etc.);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Expositores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individuais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com CNPJ </w:t>
      </w:r>
      <w:proofErr w:type="spellStart"/>
      <w:r w:rsidRPr="000B7BF6">
        <w:rPr>
          <w:rFonts w:ascii="Book Antiqua" w:hAnsi="Book Antiqua"/>
          <w:sz w:val="24"/>
          <w:szCs w:val="24"/>
        </w:rPr>
        <w:t>regularizado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incluindo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MEIs.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  <w:t xml:space="preserve">2.2 </w:t>
      </w:r>
      <w:proofErr w:type="spellStart"/>
      <w:r w:rsidRPr="000B7BF6">
        <w:rPr>
          <w:rFonts w:ascii="Book Antiqua" w:hAnsi="Book Antiqua"/>
          <w:sz w:val="24"/>
          <w:szCs w:val="24"/>
        </w:rPr>
        <w:t>Estão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impedidas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participar</w:t>
      </w:r>
      <w:proofErr w:type="spellEnd"/>
      <w:r w:rsidRPr="000B7BF6">
        <w:rPr>
          <w:rFonts w:ascii="Book Antiqua" w:hAnsi="Book Antiqua"/>
          <w:sz w:val="24"/>
          <w:szCs w:val="24"/>
        </w:rPr>
        <w:t>: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Empresas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com </w:t>
      </w:r>
      <w:proofErr w:type="spellStart"/>
      <w:r w:rsidRPr="000B7BF6">
        <w:rPr>
          <w:rFonts w:ascii="Book Antiqua" w:hAnsi="Book Antiqua"/>
          <w:sz w:val="24"/>
          <w:szCs w:val="24"/>
        </w:rPr>
        <w:t>pendências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fiscais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junto </w:t>
      </w:r>
      <w:proofErr w:type="spellStart"/>
      <w:r w:rsidRPr="000B7BF6">
        <w:rPr>
          <w:rFonts w:ascii="Book Antiqua" w:hAnsi="Book Antiqua"/>
          <w:sz w:val="24"/>
          <w:szCs w:val="24"/>
        </w:rPr>
        <w:t>ao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Município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Capinzal;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Empresas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situação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cadastral irregular </w:t>
      </w:r>
      <w:proofErr w:type="spellStart"/>
      <w:r w:rsidRPr="000B7BF6">
        <w:rPr>
          <w:rFonts w:ascii="Book Antiqua" w:hAnsi="Book Antiqua"/>
          <w:sz w:val="24"/>
          <w:szCs w:val="24"/>
        </w:rPr>
        <w:t>nos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órgãos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fiscalizadores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Empresas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penalizadas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por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sanções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administrativas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qualquer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público</w:t>
      </w:r>
      <w:proofErr w:type="spellEnd"/>
      <w:r w:rsidRPr="000B7BF6">
        <w:rPr>
          <w:rFonts w:ascii="Book Antiqua" w:hAnsi="Book Antiqua"/>
          <w:sz w:val="24"/>
          <w:szCs w:val="24"/>
        </w:rPr>
        <w:t>.</w:t>
      </w:r>
    </w:p>
    <w:p w14:paraId="0D771816" w14:textId="77777777" w:rsidR="000B7BF6" w:rsidRPr="000B7BF6" w:rsidRDefault="000B7BF6" w:rsidP="00E629AD">
      <w:pPr>
        <w:rPr>
          <w:rFonts w:ascii="Book Antiqua" w:hAnsi="Book Antiqua"/>
          <w:sz w:val="24"/>
          <w:szCs w:val="24"/>
        </w:rPr>
      </w:pPr>
    </w:p>
    <w:p w14:paraId="68FFDE6B" w14:textId="77777777" w:rsidR="00E629AD" w:rsidRDefault="00E629AD" w:rsidP="00E629AD">
      <w:pPr>
        <w:pStyle w:val="Ttulo2"/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t>3. INSCRIÇÕES</w:t>
      </w:r>
    </w:p>
    <w:p w14:paraId="3583F978" w14:textId="77777777" w:rsidR="000B7BF6" w:rsidRPr="000B7BF6" w:rsidRDefault="000B7BF6" w:rsidP="000B7BF6"/>
    <w:p w14:paraId="3B04912D" w14:textId="77777777" w:rsidR="00E629AD" w:rsidRDefault="00E629AD" w:rsidP="00E629AD">
      <w:pPr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 xml:space="preserve">As </w:t>
      </w:r>
      <w:proofErr w:type="spellStart"/>
      <w:r w:rsidRPr="000B7BF6">
        <w:rPr>
          <w:rFonts w:ascii="Book Antiqua" w:hAnsi="Book Antiqua"/>
          <w:sz w:val="24"/>
          <w:szCs w:val="24"/>
        </w:rPr>
        <w:t>inscrições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poderão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ser </w:t>
      </w:r>
      <w:proofErr w:type="spellStart"/>
      <w:r w:rsidRPr="000B7BF6">
        <w:rPr>
          <w:rFonts w:ascii="Book Antiqua" w:hAnsi="Book Antiqua"/>
          <w:sz w:val="24"/>
          <w:szCs w:val="24"/>
        </w:rPr>
        <w:t>realizadas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presencialmente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por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e-mail: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Presencial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: </w:t>
      </w:r>
      <w:proofErr w:type="spellStart"/>
      <w:r w:rsidRPr="000B7BF6">
        <w:rPr>
          <w:rFonts w:ascii="Book Antiqua" w:hAnsi="Book Antiqua"/>
          <w:sz w:val="24"/>
          <w:szCs w:val="24"/>
        </w:rPr>
        <w:t>Secretaria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Agricultura e Meio </w:t>
      </w:r>
      <w:proofErr w:type="spellStart"/>
      <w:r w:rsidRPr="000B7BF6">
        <w:rPr>
          <w:rFonts w:ascii="Book Antiqua" w:hAnsi="Book Antiqua"/>
          <w:sz w:val="24"/>
          <w:szCs w:val="24"/>
        </w:rPr>
        <w:t>Ambiente</w:t>
      </w:r>
      <w:proofErr w:type="spellEnd"/>
      <w:r w:rsidRPr="000B7BF6">
        <w:rPr>
          <w:rFonts w:ascii="Book Antiqua" w:hAnsi="Book Antiqua"/>
          <w:sz w:val="24"/>
          <w:szCs w:val="24"/>
        </w:rPr>
        <w:br/>
        <w:t xml:space="preserve">  Rua Ac. </w:t>
      </w:r>
      <w:proofErr w:type="spellStart"/>
      <w:r w:rsidRPr="000B7BF6">
        <w:rPr>
          <w:rFonts w:ascii="Book Antiqua" w:hAnsi="Book Antiqua"/>
          <w:sz w:val="24"/>
          <w:szCs w:val="24"/>
        </w:rPr>
        <w:t>Cidade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Alta, nº 1909 – Bairro São Cristóvão, Capinzal/SC</w:t>
      </w:r>
      <w:r w:rsidRPr="000B7BF6">
        <w:rPr>
          <w:rFonts w:ascii="Book Antiqua" w:hAnsi="Book Antiqua"/>
          <w:sz w:val="24"/>
          <w:szCs w:val="24"/>
        </w:rPr>
        <w:br/>
        <w:t>- E-mail: agricultura@capinzal.sc.gov.br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</w:r>
      <w:proofErr w:type="spellStart"/>
      <w:r w:rsidRPr="000B7BF6">
        <w:rPr>
          <w:rFonts w:ascii="Book Antiqua" w:hAnsi="Book Antiqua"/>
          <w:sz w:val="24"/>
          <w:szCs w:val="24"/>
        </w:rPr>
        <w:t>Período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atendimento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: 08h </w:t>
      </w:r>
      <w:proofErr w:type="spellStart"/>
      <w:r w:rsidRPr="000B7BF6">
        <w:rPr>
          <w:rFonts w:ascii="Book Antiqua" w:hAnsi="Book Antiqua"/>
          <w:sz w:val="24"/>
          <w:szCs w:val="24"/>
        </w:rPr>
        <w:t>às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11h30 e das 13h30 </w:t>
      </w:r>
      <w:proofErr w:type="spellStart"/>
      <w:r w:rsidRPr="000B7BF6">
        <w:rPr>
          <w:rFonts w:ascii="Book Antiqua" w:hAnsi="Book Antiqua"/>
          <w:sz w:val="24"/>
          <w:szCs w:val="24"/>
        </w:rPr>
        <w:t>às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17h</w:t>
      </w:r>
      <w:r w:rsidRPr="000B7BF6">
        <w:rPr>
          <w:rFonts w:ascii="Book Antiqua" w:hAnsi="Book Antiqua"/>
          <w:sz w:val="24"/>
          <w:szCs w:val="24"/>
        </w:rPr>
        <w:br/>
      </w:r>
      <w:proofErr w:type="spellStart"/>
      <w:r w:rsidRPr="000B7BF6">
        <w:rPr>
          <w:rFonts w:ascii="Book Antiqua" w:hAnsi="Book Antiqua"/>
          <w:sz w:val="24"/>
          <w:szCs w:val="24"/>
        </w:rPr>
        <w:lastRenderedPageBreak/>
        <w:t>Prazo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limite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: </w:t>
      </w:r>
      <w:proofErr w:type="spellStart"/>
      <w:r w:rsidRPr="000B7BF6">
        <w:rPr>
          <w:rFonts w:ascii="Book Antiqua" w:hAnsi="Book Antiqua"/>
          <w:sz w:val="24"/>
          <w:szCs w:val="24"/>
        </w:rPr>
        <w:t>até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dia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03 de </w:t>
      </w:r>
      <w:proofErr w:type="spellStart"/>
      <w:r w:rsidRPr="000B7BF6">
        <w:rPr>
          <w:rFonts w:ascii="Book Antiqua" w:hAnsi="Book Antiqua"/>
          <w:sz w:val="24"/>
          <w:szCs w:val="24"/>
        </w:rPr>
        <w:t>julho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2025.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</w:r>
      <w:proofErr w:type="spellStart"/>
      <w:r w:rsidRPr="000B7BF6">
        <w:rPr>
          <w:rFonts w:ascii="Book Antiqua" w:hAnsi="Book Antiqua"/>
          <w:sz w:val="24"/>
          <w:szCs w:val="24"/>
        </w:rPr>
        <w:t>Documentação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exigida</w:t>
      </w:r>
      <w:proofErr w:type="spellEnd"/>
      <w:r w:rsidRPr="000B7BF6">
        <w:rPr>
          <w:rFonts w:ascii="Book Antiqua" w:hAnsi="Book Antiqua"/>
          <w:sz w:val="24"/>
          <w:szCs w:val="24"/>
        </w:rPr>
        <w:t>: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Ficha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Inscrição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preenchida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assinada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(Anexo I);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Cópia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 CNPJ;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Cópia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 </w:t>
      </w:r>
      <w:proofErr w:type="spellStart"/>
      <w:r w:rsidRPr="000B7BF6">
        <w:rPr>
          <w:rFonts w:ascii="Book Antiqua" w:hAnsi="Book Antiqua"/>
          <w:sz w:val="24"/>
          <w:szCs w:val="24"/>
        </w:rPr>
        <w:t>alvará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funcionamento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vigente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Comprovantes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regularidade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fiscal (federal, </w:t>
      </w:r>
      <w:proofErr w:type="spellStart"/>
      <w:r w:rsidRPr="000B7BF6">
        <w:rPr>
          <w:rFonts w:ascii="Book Antiqua" w:hAnsi="Book Antiqua"/>
          <w:sz w:val="24"/>
          <w:szCs w:val="24"/>
        </w:rPr>
        <w:t>estadual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municipal);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Declaração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responsabilidade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pela </w:t>
      </w:r>
      <w:proofErr w:type="spellStart"/>
      <w:r w:rsidRPr="000B7BF6">
        <w:rPr>
          <w:rFonts w:ascii="Book Antiqua" w:hAnsi="Book Antiqua"/>
          <w:sz w:val="24"/>
          <w:szCs w:val="24"/>
        </w:rPr>
        <w:t>estrutura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segurança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conduta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(Anexo II);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Comprovantes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 </w:t>
      </w:r>
      <w:proofErr w:type="spellStart"/>
      <w:r w:rsidRPr="000B7BF6">
        <w:rPr>
          <w:rFonts w:ascii="Book Antiqua" w:hAnsi="Book Antiqua"/>
          <w:sz w:val="24"/>
          <w:szCs w:val="24"/>
        </w:rPr>
        <w:t>pagamento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taxa de </w:t>
      </w:r>
      <w:proofErr w:type="spellStart"/>
      <w:r w:rsidRPr="000B7BF6">
        <w:rPr>
          <w:rFonts w:ascii="Book Antiqua" w:hAnsi="Book Antiqua"/>
          <w:sz w:val="24"/>
          <w:szCs w:val="24"/>
        </w:rPr>
        <w:t>inscrição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do </w:t>
      </w:r>
      <w:proofErr w:type="spellStart"/>
      <w:r w:rsidRPr="000B7BF6">
        <w:rPr>
          <w:rFonts w:ascii="Book Antiqua" w:hAnsi="Book Antiqua"/>
          <w:sz w:val="24"/>
          <w:szCs w:val="24"/>
        </w:rPr>
        <w:t>alvará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quando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aplicável</w:t>
      </w:r>
      <w:proofErr w:type="spellEnd"/>
      <w:r w:rsidRPr="000B7BF6">
        <w:rPr>
          <w:rFonts w:ascii="Book Antiqua" w:hAnsi="Book Antiqua"/>
          <w:sz w:val="24"/>
          <w:szCs w:val="24"/>
        </w:rPr>
        <w:t>.</w:t>
      </w:r>
    </w:p>
    <w:p w14:paraId="04F039CD" w14:textId="77777777" w:rsidR="000B7BF6" w:rsidRPr="000B7BF6" w:rsidRDefault="000B7BF6" w:rsidP="00E629AD">
      <w:pPr>
        <w:rPr>
          <w:rFonts w:ascii="Book Antiqua" w:hAnsi="Book Antiqua"/>
          <w:sz w:val="24"/>
          <w:szCs w:val="24"/>
        </w:rPr>
      </w:pPr>
    </w:p>
    <w:p w14:paraId="3942512D" w14:textId="77777777" w:rsidR="00E629AD" w:rsidRDefault="00E629AD" w:rsidP="00E629AD">
      <w:pPr>
        <w:pStyle w:val="Ttulo2"/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t>4. ORGANIZAÇÃO DOS ESPAÇOS</w:t>
      </w:r>
    </w:p>
    <w:p w14:paraId="5A670ACF" w14:textId="77777777" w:rsidR="000B7BF6" w:rsidRPr="000B7BF6" w:rsidRDefault="000B7BF6" w:rsidP="000B7BF6"/>
    <w:p w14:paraId="4030FF6B" w14:textId="77777777" w:rsidR="00E629AD" w:rsidRPr="000B7BF6" w:rsidRDefault="00E629AD" w:rsidP="00E629AD">
      <w:pPr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 xml:space="preserve">- A </w:t>
      </w:r>
      <w:proofErr w:type="spellStart"/>
      <w:r w:rsidRPr="000B7BF6">
        <w:rPr>
          <w:rFonts w:ascii="Book Antiqua" w:hAnsi="Book Antiqua"/>
          <w:sz w:val="24"/>
          <w:szCs w:val="24"/>
        </w:rPr>
        <w:t>organização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disponibilizará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mapa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oficial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dos </w:t>
      </w:r>
      <w:proofErr w:type="spellStart"/>
      <w:r w:rsidRPr="000B7BF6">
        <w:rPr>
          <w:rFonts w:ascii="Book Antiqua" w:hAnsi="Book Antiqua"/>
          <w:sz w:val="24"/>
          <w:szCs w:val="24"/>
        </w:rPr>
        <w:t>estandes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com </w:t>
      </w:r>
      <w:proofErr w:type="spellStart"/>
      <w:r w:rsidRPr="000B7BF6">
        <w:rPr>
          <w:rFonts w:ascii="Book Antiqua" w:hAnsi="Book Antiqua"/>
          <w:sz w:val="24"/>
          <w:szCs w:val="24"/>
        </w:rPr>
        <w:t>numeração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(Anexo III);</w:t>
      </w:r>
      <w:r w:rsidRPr="000B7BF6">
        <w:rPr>
          <w:rFonts w:ascii="Book Antiqua" w:hAnsi="Book Antiqua"/>
          <w:sz w:val="24"/>
          <w:szCs w:val="24"/>
        </w:rPr>
        <w:br/>
        <w:t xml:space="preserve">- A </w:t>
      </w:r>
      <w:proofErr w:type="spellStart"/>
      <w:r w:rsidRPr="000B7BF6">
        <w:rPr>
          <w:rFonts w:ascii="Book Antiqua" w:hAnsi="Book Antiqua"/>
          <w:sz w:val="24"/>
          <w:szCs w:val="24"/>
        </w:rPr>
        <w:t>escolha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 </w:t>
      </w:r>
      <w:proofErr w:type="spellStart"/>
      <w:r w:rsidRPr="000B7BF6">
        <w:rPr>
          <w:rFonts w:ascii="Book Antiqua" w:hAnsi="Book Antiqua"/>
          <w:sz w:val="24"/>
          <w:szCs w:val="24"/>
        </w:rPr>
        <w:t>espaço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será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realizada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conforme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0B7BF6">
        <w:rPr>
          <w:rFonts w:ascii="Book Antiqua" w:hAnsi="Book Antiqua"/>
          <w:sz w:val="24"/>
          <w:szCs w:val="24"/>
        </w:rPr>
        <w:t>ordem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inscrição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disponibilidade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  <w:t xml:space="preserve">- Cada expositor </w:t>
      </w:r>
      <w:proofErr w:type="spellStart"/>
      <w:r w:rsidRPr="000B7BF6">
        <w:rPr>
          <w:rFonts w:ascii="Book Antiqua" w:hAnsi="Book Antiqua"/>
          <w:sz w:val="24"/>
          <w:szCs w:val="24"/>
        </w:rPr>
        <w:t>será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responsável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pela </w:t>
      </w:r>
      <w:proofErr w:type="spellStart"/>
      <w:r w:rsidRPr="000B7BF6">
        <w:rPr>
          <w:rFonts w:ascii="Book Antiqua" w:hAnsi="Book Antiqua"/>
          <w:sz w:val="24"/>
          <w:szCs w:val="24"/>
        </w:rPr>
        <w:t>montagem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segurança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funcionamento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desmontagem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sua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estrutura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respeitando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critérios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segurança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higiene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estética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acessibilidade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Empresas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sede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Capinzal </w:t>
      </w:r>
      <w:proofErr w:type="spellStart"/>
      <w:r w:rsidRPr="000B7BF6">
        <w:rPr>
          <w:rFonts w:ascii="Book Antiqua" w:hAnsi="Book Antiqua"/>
          <w:sz w:val="24"/>
          <w:szCs w:val="24"/>
        </w:rPr>
        <w:t>deverão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providenciar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alvará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funcionamento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temporário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conforme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0B7BF6">
        <w:rPr>
          <w:rFonts w:ascii="Book Antiqua" w:hAnsi="Book Antiqua"/>
          <w:sz w:val="24"/>
          <w:szCs w:val="24"/>
        </w:rPr>
        <w:t>legislação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municipal;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Empresas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que </w:t>
      </w:r>
      <w:proofErr w:type="spellStart"/>
      <w:r w:rsidRPr="000B7BF6">
        <w:rPr>
          <w:rFonts w:ascii="Book Antiqua" w:hAnsi="Book Antiqua"/>
          <w:sz w:val="24"/>
          <w:szCs w:val="24"/>
        </w:rPr>
        <w:t>comercializam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alimentos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deverão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apresentar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alvará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sanitário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válido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seguir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rigorosamente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as </w:t>
      </w:r>
      <w:proofErr w:type="spellStart"/>
      <w:r w:rsidRPr="000B7BF6">
        <w:rPr>
          <w:rFonts w:ascii="Book Antiqua" w:hAnsi="Book Antiqua"/>
          <w:sz w:val="24"/>
          <w:szCs w:val="24"/>
        </w:rPr>
        <w:t>normas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</w:t>
      </w:r>
      <w:proofErr w:type="spellStart"/>
      <w:r w:rsidRPr="000B7BF6">
        <w:rPr>
          <w:rFonts w:ascii="Book Antiqua" w:hAnsi="Book Antiqua"/>
          <w:sz w:val="24"/>
          <w:szCs w:val="24"/>
        </w:rPr>
        <w:t>vigilância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sanitária</w:t>
      </w:r>
      <w:proofErr w:type="spellEnd"/>
      <w:r w:rsidRPr="000B7BF6">
        <w:rPr>
          <w:rFonts w:ascii="Book Antiqua" w:hAnsi="Book Antiqua"/>
          <w:sz w:val="24"/>
          <w:szCs w:val="24"/>
        </w:rPr>
        <w:t>.</w:t>
      </w:r>
    </w:p>
    <w:p w14:paraId="32C37E12" w14:textId="77777777" w:rsidR="00E629AD" w:rsidRPr="000B7BF6" w:rsidRDefault="00E629AD" w:rsidP="00E629AD">
      <w:pPr>
        <w:pStyle w:val="Ttulo2"/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t>5. RESPONSABILIDADES DOS EXPOSITORES</w:t>
      </w:r>
    </w:p>
    <w:p w14:paraId="10C835FC" w14:textId="77777777" w:rsidR="00E629AD" w:rsidRDefault="00E629AD" w:rsidP="00E629AD">
      <w:pPr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 xml:space="preserve">A </w:t>
      </w:r>
      <w:proofErr w:type="spellStart"/>
      <w:r w:rsidRPr="000B7BF6">
        <w:rPr>
          <w:rFonts w:ascii="Book Antiqua" w:hAnsi="Book Antiqua"/>
          <w:sz w:val="24"/>
          <w:szCs w:val="24"/>
        </w:rPr>
        <w:t>participação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como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expositor </w:t>
      </w:r>
      <w:proofErr w:type="spellStart"/>
      <w:r w:rsidRPr="000B7BF6">
        <w:rPr>
          <w:rFonts w:ascii="Book Antiqua" w:hAnsi="Book Antiqua"/>
          <w:sz w:val="24"/>
          <w:szCs w:val="24"/>
        </w:rPr>
        <w:t>implica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0B7BF6">
        <w:rPr>
          <w:rFonts w:ascii="Book Antiqua" w:hAnsi="Book Antiqua"/>
          <w:sz w:val="24"/>
          <w:szCs w:val="24"/>
        </w:rPr>
        <w:t>responsabilidade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integral </w:t>
      </w:r>
      <w:proofErr w:type="spellStart"/>
      <w:r w:rsidRPr="000B7BF6">
        <w:rPr>
          <w:rFonts w:ascii="Book Antiqua" w:hAnsi="Book Antiqua"/>
          <w:sz w:val="24"/>
          <w:szCs w:val="24"/>
        </w:rPr>
        <w:t>sobre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as </w:t>
      </w:r>
      <w:proofErr w:type="spellStart"/>
      <w:r w:rsidRPr="000B7BF6">
        <w:rPr>
          <w:rFonts w:ascii="Book Antiqua" w:hAnsi="Book Antiqua"/>
          <w:sz w:val="24"/>
          <w:szCs w:val="24"/>
        </w:rPr>
        <w:t>atividades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desenvolvidas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estrutura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utilizada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segurança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equipe e </w:t>
      </w:r>
      <w:proofErr w:type="spellStart"/>
      <w:r w:rsidRPr="000B7BF6">
        <w:rPr>
          <w:rFonts w:ascii="Book Antiqua" w:hAnsi="Book Antiqua"/>
          <w:sz w:val="24"/>
          <w:szCs w:val="24"/>
        </w:rPr>
        <w:t>eventuais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impactos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ambientais</w:t>
      </w:r>
      <w:proofErr w:type="spellEnd"/>
      <w:r w:rsidRPr="000B7BF6">
        <w:rPr>
          <w:rFonts w:ascii="Book Antiqua" w:hAnsi="Book Antiqua"/>
          <w:sz w:val="24"/>
          <w:szCs w:val="24"/>
        </w:rPr>
        <w:t>.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</w:r>
      <w:proofErr w:type="spellStart"/>
      <w:r w:rsidRPr="000B7BF6">
        <w:rPr>
          <w:rFonts w:ascii="Book Antiqua" w:hAnsi="Book Antiqua"/>
          <w:sz w:val="24"/>
          <w:szCs w:val="24"/>
        </w:rPr>
        <w:t>Obrigações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dos </w:t>
      </w:r>
      <w:proofErr w:type="spellStart"/>
      <w:r w:rsidRPr="000B7BF6">
        <w:rPr>
          <w:rFonts w:ascii="Book Antiqua" w:hAnsi="Book Antiqua"/>
          <w:sz w:val="24"/>
          <w:szCs w:val="24"/>
        </w:rPr>
        <w:t>expositores</w:t>
      </w:r>
      <w:proofErr w:type="spellEnd"/>
      <w:r w:rsidRPr="000B7BF6">
        <w:rPr>
          <w:rFonts w:ascii="Book Antiqua" w:hAnsi="Book Antiqua"/>
          <w:sz w:val="24"/>
          <w:szCs w:val="24"/>
        </w:rPr>
        <w:t>: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Realizar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0B7BF6">
        <w:rPr>
          <w:rFonts w:ascii="Book Antiqua" w:hAnsi="Book Antiqua"/>
          <w:sz w:val="24"/>
          <w:szCs w:val="24"/>
        </w:rPr>
        <w:t>montagem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</w:t>
      </w:r>
      <w:proofErr w:type="spellStart"/>
      <w:r w:rsidRPr="000B7BF6">
        <w:rPr>
          <w:rFonts w:ascii="Book Antiqua" w:hAnsi="Book Antiqua"/>
          <w:sz w:val="24"/>
          <w:szCs w:val="24"/>
        </w:rPr>
        <w:t>estrutura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até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dia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05 de </w:t>
      </w:r>
      <w:proofErr w:type="spellStart"/>
      <w:r w:rsidRPr="000B7BF6">
        <w:rPr>
          <w:rFonts w:ascii="Book Antiqua" w:hAnsi="Book Antiqua"/>
          <w:sz w:val="24"/>
          <w:szCs w:val="24"/>
        </w:rPr>
        <w:t>julho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às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18h; </w:t>
      </w:r>
      <w:proofErr w:type="spellStart"/>
      <w:r w:rsidRPr="000B7BF6">
        <w:rPr>
          <w:rFonts w:ascii="Book Antiqua" w:hAnsi="Book Antiqua"/>
          <w:sz w:val="24"/>
          <w:szCs w:val="24"/>
        </w:rPr>
        <w:t>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caso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excepcional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até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às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8h do </w:t>
      </w:r>
      <w:proofErr w:type="spellStart"/>
      <w:r w:rsidRPr="000B7BF6">
        <w:rPr>
          <w:rFonts w:ascii="Book Antiqua" w:hAnsi="Book Antiqua"/>
          <w:sz w:val="24"/>
          <w:szCs w:val="24"/>
        </w:rPr>
        <w:t>dia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06, </w:t>
      </w:r>
      <w:proofErr w:type="spellStart"/>
      <w:r w:rsidRPr="000B7BF6">
        <w:rPr>
          <w:rFonts w:ascii="Book Antiqua" w:hAnsi="Book Antiqua"/>
          <w:sz w:val="24"/>
          <w:szCs w:val="24"/>
        </w:rPr>
        <w:t>mediante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autorização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prévia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</w:t>
      </w:r>
      <w:proofErr w:type="spellStart"/>
      <w:r w:rsidRPr="000B7BF6">
        <w:rPr>
          <w:rFonts w:ascii="Book Antiqua" w:hAnsi="Book Antiqua"/>
          <w:sz w:val="24"/>
          <w:szCs w:val="24"/>
        </w:rPr>
        <w:t>Comissão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  <w:t xml:space="preserve">- Manter o </w:t>
      </w:r>
      <w:proofErr w:type="spellStart"/>
      <w:r w:rsidRPr="000B7BF6">
        <w:rPr>
          <w:rFonts w:ascii="Book Antiqua" w:hAnsi="Book Antiqua"/>
          <w:sz w:val="24"/>
          <w:szCs w:val="24"/>
        </w:rPr>
        <w:t>estande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limpo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funcional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seguro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organizado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durante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evento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e </w:t>
      </w:r>
      <w:proofErr w:type="spellStart"/>
      <w:r w:rsidRPr="000B7BF6">
        <w:rPr>
          <w:rFonts w:ascii="Book Antiqua" w:hAnsi="Book Antiqua"/>
          <w:sz w:val="24"/>
          <w:szCs w:val="24"/>
        </w:rPr>
        <w:t>deixar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espaço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limpo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após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0B7BF6">
        <w:rPr>
          <w:rFonts w:ascii="Book Antiqua" w:hAnsi="Book Antiqua"/>
          <w:sz w:val="24"/>
          <w:szCs w:val="24"/>
        </w:rPr>
        <w:t>desmontagem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Não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utilizar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som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alto 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equipamentos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que </w:t>
      </w:r>
      <w:proofErr w:type="spellStart"/>
      <w:r w:rsidRPr="000B7BF6">
        <w:rPr>
          <w:rFonts w:ascii="Book Antiqua" w:hAnsi="Book Antiqua"/>
          <w:sz w:val="24"/>
          <w:szCs w:val="24"/>
        </w:rPr>
        <w:t>prejudiquem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outras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atividades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lastRenderedPageBreak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Cumprir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todas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as </w:t>
      </w:r>
      <w:proofErr w:type="spellStart"/>
      <w:r w:rsidRPr="000B7BF6">
        <w:rPr>
          <w:rFonts w:ascii="Book Antiqua" w:hAnsi="Book Antiqua"/>
          <w:sz w:val="24"/>
          <w:szCs w:val="24"/>
        </w:rPr>
        <w:t>normas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sanitárias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fiscais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ambientais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de </w:t>
      </w:r>
      <w:proofErr w:type="spellStart"/>
      <w:r w:rsidRPr="000B7BF6">
        <w:rPr>
          <w:rFonts w:ascii="Book Antiqua" w:hAnsi="Book Antiqua"/>
          <w:sz w:val="24"/>
          <w:szCs w:val="24"/>
        </w:rPr>
        <w:t>segurança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Assumir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responsabilidade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por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danos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 </w:t>
      </w:r>
      <w:proofErr w:type="spellStart"/>
      <w:r w:rsidRPr="000B7BF6">
        <w:rPr>
          <w:rFonts w:ascii="Book Antiqua" w:hAnsi="Book Antiqua"/>
          <w:sz w:val="24"/>
          <w:szCs w:val="24"/>
        </w:rPr>
        <w:t>terceiros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ao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patrimônio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público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meio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ambiente</w:t>
      </w:r>
      <w:proofErr w:type="spellEnd"/>
      <w:r w:rsidRPr="000B7BF6">
        <w:rPr>
          <w:rFonts w:ascii="Book Antiqua" w:hAnsi="Book Antiqua"/>
          <w:sz w:val="24"/>
          <w:szCs w:val="24"/>
        </w:rPr>
        <w:t>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Obter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quando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necessário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licenças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autorizações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adicionais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específicas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para </w:t>
      </w:r>
      <w:proofErr w:type="spellStart"/>
      <w:r w:rsidRPr="000B7BF6">
        <w:rPr>
          <w:rFonts w:ascii="Book Antiqua" w:hAnsi="Book Antiqua"/>
          <w:sz w:val="24"/>
          <w:szCs w:val="24"/>
        </w:rPr>
        <w:t>sua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atividade</w:t>
      </w:r>
      <w:proofErr w:type="spellEnd"/>
      <w:r w:rsidRPr="000B7BF6">
        <w:rPr>
          <w:rFonts w:ascii="Book Antiqua" w:hAnsi="Book Antiqua"/>
          <w:sz w:val="24"/>
          <w:szCs w:val="24"/>
        </w:rPr>
        <w:t>.</w:t>
      </w:r>
      <w:r w:rsidRPr="000B7BF6">
        <w:rPr>
          <w:rFonts w:ascii="Book Antiqua" w:hAnsi="Book Antiqua"/>
          <w:sz w:val="24"/>
          <w:szCs w:val="24"/>
        </w:rPr>
        <w:br/>
      </w:r>
      <w:r w:rsidRPr="000B7BF6">
        <w:rPr>
          <w:rFonts w:ascii="Book Antiqua" w:hAnsi="Book Antiqua"/>
          <w:sz w:val="24"/>
          <w:szCs w:val="24"/>
        </w:rPr>
        <w:br/>
        <w:t xml:space="preserve">A </w:t>
      </w:r>
      <w:proofErr w:type="spellStart"/>
      <w:r w:rsidRPr="000B7BF6">
        <w:rPr>
          <w:rFonts w:ascii="Book Antiqua" w:hAnsi="Book Antiqua"/>
          <w:sz w:val="24"/>
          <w:szCs w:val="24"/>
        </w:rPr>
        <w:t>Comissão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Organizadora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não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se </w:t>
      </w:r>
      <w:proofErr w:type="spellStart"/>
      <w:r w:rsidRPr="000B7BF6">
        <w:rPr>
          <w:rFonts w:ascii="Book Antiqua" w:hAnsi="Book Antiqua"/>
          <w:sz w:val="24"/>
          <w:szCs w:val="24"/>
        </w:rPr>
        <w:t>responsabiliza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por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bens, </w:t>
      </w:r>
      <w:proofErr w:type="spellStart"/>
      <w:r w:rsidRPr="000B7BF6">
        <w:rPr>
          <w:rFonts w:ascii="Book Antiqua" w:hAnsi="Book Antiqua"/>
          <w:sz w:val="24"/>
          <w:szCs w:val="24"/>
        </w:rPr>
        <w:t>mercadorias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equipamentos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estruturas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dos </w:t>
      </w:r>
      <w:proofErr w:type="spellStart"/>
      <w:r w:rsidRPr="000B7BF6">
        <w:rPr>
          <w:rFonts w:ascii="Book Antiqua" w:hAnsi="Book Antiqua"/>
          <w:sz w:val="24"/>
          <w:szCs w:val="24"/>
        </w:rPr>
        <w:t>expositores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antes, </w:t>
      </w:r>
      <w:proofErr w:type="spellStart"/>
      <w:r w:rsidRPr="000B7BF6">
        <w:rPr>
          <w:rFonts w:ascii="Book Antiqua" w:hAnsi="Book Antiqua"/>
          <w:sz w:val="24"/>
          <w:szCs w:val="24"/>
        </w:rPr>
        <w:t>durante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após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evento</w:t>
      </w:r>
      <w:proofErr w:type="spellEnd"/>
      <w:r w:rsidRPr="000B7BF6">
        <w:rPr>
          <w:rFonts w:ascii="Book Antiqua" w:hAnsi="Book Antiqua"/>
          <w:sz w:val="24"/>
          <w:szCs w:val="24"/>
        </w:rPr>
        <w:t>.</w:t>
      </w:r>
    </w:p>
    <w:p w14:paraId="2FB2C31F" w14:textId="77777777" w:rsidR="000B7BF6" w:rsidRPr="000B7BF6" w:rsidRDefault="000B7BF6" w:rsidP="00E629AD">
      <w:pPr>
        <w:rPr>
          <w:rFonts w:ascii="Book Antiqua" w:hAnsi="Book Antiqua"/>
          <w:sz w:val="24"/>
          <w:szCs w:val="24"/>
        </w:rPr>
      </w:pPr>
    </w:p>
    <w:p w14:paraId="6BCBB5EC" w14:textId="77777777" w:rsidR="00E629AD" w:rsidRDefault="00E629AD" w:rsidP="00E629AD">
      <w:pPr>
        <w:pStyle w:val="Ttulo2"/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t>6. PROGRAMAÇÃO DO EVENTO (Anexo IV)</w:t>
      </w:r>
    </w:p>
    <w:p w14:paraId="6FEEDF46" w14:textId="77777777" w:rsidR="000B7BF6" w:rsidRPr="000B7BF6" w:rsidRDefault="000B7BF6" w:rsidP="000B7BF6"/>
    <w:p w14:paraId="010F137A" w14:textId="77777777" w:rsidR="00E629AD" w:rsidRPr="000B7BF6" w:rsidRDefault="00E629AD" w:rsidP="00E629AD">
      <w:pPr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 xml:space="preserve">08h30 – Coffee break com </w:t>
      </w:r>
      <w:proofErr w:type="spellStart"/>
      <w:r w:rsidRPr="000B7BF6">
        <w:rPr>
          <w:rFonts w:ascii="Book Antiqua" w:hAnsi="Book Antiqua"/>
          <w:sz w:val="24"/>
          <w:szCs w:val="24"/>
        </w:rPr>
        <w:t>produtos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locais</w:t>
      </w:r>
      <w:proofErr w:type="spellEnd"/>
      <w:r w:rsidRPr="000B7BF6">
        <w:rPr>
          <w:rFonts w:ascii="Book Antiqua" w:hAnsi="Book Antiqua"/>
          <w:sz w:val="24"/>
          <w:szCs w:val="24"/>
        </w:rPr>
        <w:br/>
        <w:t xml:space="preserve">09h15 – </w:t>
      </w:r>
      <w:proofErr w:type="spellStart"/>
      <w:r w:rsidRPr="000B7BF6">
        <w:rPr>
          <w:rFonts w:ascii="Book Antiqua" w:hAnsi="Book Antiqua"/>
          <w:sz w:val="24"/>
          <w:szCs w:val="24"/>
        </w:rPr>
        <w:t>Abertura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oficial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com </w:t>
      </w:r>
      <w:proofErr w:type="spellStart"/>
      <w:r w:rsidRPr="000B7BF6">
        <w:rPr>
          <w:rFonts w:ascii="Book Antiqua" w:hAnsi="Book Antiqua"/>
          <w:sz w:val="24"/>
          <w:szCs w:val="24"/>
        </w:rPr>
        <w:t>autoridades</w:t>
      </w:r>
      <w:proofErr w:type="spellEnd"/>
      <w:r w:rsidRPr="000B7BF6">
        <w:rPr>
          <w:rFonts w:ascii="Book Antiqua" w:hAnsi="Book Antiqua"/>
          <w:sz w:val="24"/>
          <w:szCs w:val="24"/>
        </w:rPr>
        <w:br/>
        <w:t xml:space="preserve">09h45 – </w:t>
      </w:r>
      <w:proofErr w:type="spellStart"/>
      <w:r w:rsidRPr="000B7BF6">
        <w:rPr>
          <w:rFonts w:ascii="Book Antiqua" w:hAnsi="Book Antiqua"/>
          <w:sz w:val="24"/>
          <w:szCs w:val="24"/>
        </w:rPr>
        <w:t>Entrega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dos </w:t>
      </w:r>
      <w:proofErr w:type="spellStart"/>
      <w:r w:rsidRPr="000B7BF6">
        <w:rPr>
          <w:rFonts w:ascii="Book Antiqua" w:hAnsi="Book Antiqua"/>
          <w:sz w:val="24"/>
          <w:szCs w:val="24"/>
        </w:rPr>
        <w:t>Troféus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Destaque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Econômico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Agrícola</w:t>
      </w:r>
      <w:r w:rsidRPr="000B7BF6">
        <w:rPr>
          <w:rFonts w:ascii="Book Antiqua" w:hAnsi="Book Antiqua"/>
          <w:sz w:val="24"/>
          <w:szCs w:val="24"/>
        </w:rPr>
        <w:br/>
        <w:t xml:space="preserve">12h00 – </w:t>
      </w:r>
      <w:proofErr w:type="spellStart"/>
      <w:r w:rsidRPr="000B7BF6">
        <w:rPr>
          <w:rFonts w:ascii="Book Antiqua" w:hAnsi="Book Antiqua"/>
          <w:sz w:val="24"/>
          <w:szCs w:val="24"/>
        </w:rPr>
        <w:t>Almoço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festivo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(churrasco)</w:t>
      </w:r>
      <w:r w:rsidRPr="000B7BF6">
        <w:rPr>
          <w:rFonts w:ascii="Book Antiqua" w:hAnsi="Book Antiqua"/>
          <w:sz w:val="24"/>
          <w:szCs w:val="24"/>
        </w:rPr>
        <w:br/>
        <w:t xml:space="preserve">13h30 – </w:t>
      </w:r>
      <w:proofErr w:type="spellStart"/>
      <w:r w:rsidRPr="000B7BF6">
        <w:rPr>
          <w:rFonts w:ascii="Book Antiqua" w:hAnsi="Book Antiqua"/>
          <w:sz w:val="24"/>
          <w:szCs w:val="24"/>
        </w:rPr>
        <w:t>Sorteio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brindes</w:t>
      </w:r>
      <w:proofErr w:type="spellEnd"/>
      <w:r w:rsidRPr="000B7BF6">
        <w:rPr>
          <w:rFonts w:ascii="Book Antiqua" w:hAnsi="Book Antiqua"/>
          <w:sz w:val="24"/>
          <w:szCs w:val="24"/>
        </w:rPr>
        <w:br/>
        <w:t xml:space="preserve">14h00 – </w:t>
      </w:r>
      <w:proofErr w:type="spellStart"/>
      <w:r w:rsidRPr="000B7BF6">
        <w:rPr>
          <w:rFonts w:ascii="Book Antiqua" w:hAnsi="Book Antiqua"/>
          <w:sz w:val="24"/>
          <w:szCs w:val="24"/>
        </w:rPr>
        <w:t>Apresentação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 Grupo Italiano</w:t>
      </w:r>
      <w:r w:rsidRPr="000B7BF6">
        <w:rPr>
          <w:rFonts w:ascii="Book Antiqua" w:hAnsi="Book Antiqua"/>
          <w:sz w:val="24"/>
          <w:szCs w:val="24"/>
        </w:rPr>
        <w:br/>
        <w:t xml:space="preserve">15h00 </w:t>
      </w:r>
      <w:proofErr w:type="spellStart"/>
      <w:r w:rsidRPr="000B7BF6">
        <w:rPr>
          <w:rFonts w:ascii="Book Antiqua" w:hAnsi="Book Antiqua"/>
          <w:sz w:val="24"/>
          <w:szCs w:val="24"/>
        </w:rPr>
        <w:t>às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20h00 – </w:t>
      </w:r>
      <w:proofErr w:type="spellStart"/>
      <w:r w:rsidRPr="000B7BF6">
        <w:rPr>
          <w:rFonts w:ascii="Book Antiqua" w:hAnsi="Book Antiqua"/>
          <w:sz w:val="24"/>
          <w:szCs w:val="24"/>
        </w:rPr>
        <w:t>Matinê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com </w:t>
      </w:r>
      <w:proofErr w:type="spellStart"/>
      <w:r w:rsidRPr="000B7BF6">
        <w:rPr>
          <w:rFonts w:ascii="Book Antiqua" w:hAnsi="Book Antiqua"/>
          <w:sz w:val="24"/>
          <w:szCs w:val="24"/>
        </w:rPr>
        <w:t>atrações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musicais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vivo</w:t>
      </w:r>
    </w:p>
    <w:p w14:paraId="3A6AE2CC" w14:textId="77777777" w:rsidR="00E629AD" w:rsidRDefault="00E629AD" w:rsidP="00E629AD">
      <w:pPr>
        <w:pStyle w:val="Ttulo2"/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t>7. DISPOSIÇÕES FINAIS</w:t>
      </w:r>
    </w:p>
    <w:p w14:paraId="3AC4DA12" w14:textId="77777777" w:rsidR="000B7BF6" w:rsidRPr="000B7BF6" w:rsidRDefault="000B7BF6" w:rsidP="000B7BF6"/>
    <w:p w14:paraId="318B7DC9" w14:textId="77777777" w:rsidR="00E629AD" w:rsidRPr="000B7BF6" w:rsidRDefault="00E629AD" w:rsidP="00E629AD">
      <w:pPr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 xml:space="preserve">- O </w:t>
      </w:r>
      <w:proofErr w:type="spellStart"/>
      <w:r w:rsidRPr="000B7BF6">
        <w:rPr>
          <w:rFonts w:ascii="Book Antiqua" w:hAnsi="Book Antiqua"/>
          <w:sz w:val="24"/>
          <w:szCs w:val="24"/>
        </w:rPr>
        <w:t>credenciamento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não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gera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vínculo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empregatício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contratual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associativo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representação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entre </w:t>
      </w:r>
      <w:proofErr w:type="spellStart"/>
      <w:r w:rsidRPr="000B7BF6">
        <w:rPr>
          <w:rFonts w:ascii="Book Antiqua" w:hAnsi="Book Antiqua"/>
          <w:sz w:val="24"/>
          <w:szCs w:val="24"/>
        </w:rPr>
        <w:t>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expositores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a </w:t>
      </w:r>
      <w:proofErr w:type="spellStart"/>
      <w:r w:rsidRPr="000B7BF6">
        <w:rPr>
          <w:rFonts w:ascii="Book Antiqua" w:hAnsi="Book Antiqua"/>
          <w:sz w:val="24"/>
          <w:szCs w:val="24"/>
        </w:rPr>
        <w:t>Comissão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Organizadora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ou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o </w:t>
      </w:r>
      <w:proofErr w:type="spellStart"/>
      <w:r w:rsidRPr="000B7BF6">
        <w:rPr>
          <w:rFonts w:ascii="Book Antiqua" w:hAnsi="Book Antiqua"/>
          <w:sz w:val="24"/>
          <w:szCs w:val="24"/>
        </w:rPr>
        <w:t>Município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Capinzal;</w:t>
      </w:r>
      <w:r w:rsidRPr="000B7BF6">
        <w:rPr>
          <w:rFonts w:ascii="Book Antiqua" w:hAnsi="Book Antiqua"/>
          <w:sz w:val="24"/>
          <w:szCs w:val="24"/>
        </w:rPr>
        <w:br/>
        <w:t xml:space="preserve">- A </w:t>
      </w:r>
      <w:proofErr w:type="spellStart"/>
      <w:r w:rsidRPr="000B7BF6">
        <w:rPr>
          <w:rFonts w:ascii="Book Antiqua" w:hAnsi="Book Antiqua"/>
          <w:sz w:val="24"/>
          <w:szCs w:val="24"/>
        </w:rPr>
        <w:t>inscrição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implica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a plena </w:t>
      </w:r>
      <w:proofErr w:type="spellStart"/>
      <w:r w:rsidRPr="000B7BF6">
        <w:rPr>
          <w:rFonts w:ascii="Book Antiqua" w:hAnsi="Book Antiqua"/>
          <w:sz w:val="24"/>
          <w:szCs w:val="24"/>
        </w:rPr>
        <w:t>concordância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com </w:t>
      </w:r>
      <w:proofErr w:type="spellStart"/>
      <w:r w:rsidRPr="000B7BF6">
        <w:rPr>
          <w:rFonts w:ascii="Book Antiqua" w:hAnsi="Book Antiqua"/>
          <w:sz w:val="24"/>
          <w:szCs w:val="24"/>
        </w:rPr>
        <w:t>todos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termos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deste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Chamamento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Público;</w:t>
      </w:r>
      <w:r w:rsidRPr="000B7BF6">
        <w:rPr>
          <w:rFonts w:ascii="Book Antiqua" w:hAnsi="Book Antiqua"/>
          <w:sz w:val="24"/>
          <w:szCs w:val="24"/>
        </w:rPr>
        <w:br/>
        <w:t xml:space="preserve">- </w:t>
      </w:r>
      <w:proofErr w:type="spellStart"/>
      <w:r w:rsidRPr="000B7BF6">
        <w:rPr>
          <w:rFonts w:ascii="Book Antiqua" w:hAnsi="Book Antiqua"/>
          <w:sz w:val="24"/>
          <w:szCs w:val="24"/>
        </w:rPr>
        <w:t>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casos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omissos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serão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analisados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e </w:t>
      </w:r>
      <w:proofErr w:type="spellStart"/>
      <w:r w:rsidRPr="000B7BF6">
        <w:rPr>
          <w:rFonts w:ascii="Book Antiqua" w:hAnsi="Book Antiqua"/>
          <w:sz w:val="24"/>
          <w:szCs w:val="24"/>
        </w:rPr>
        <w:t>resolvidos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exclusivamente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pela </w:t>
      </w:r>
      <w:proofErr w:type="spellStart"/>
      <w:r w:rsidRPr="000B7BF6">
        <w:rPr>
          <w:rFonts w:ascii="Book Antiqua" w:hAnsi="Book Antiqua"/>
          <w:sz w:val="24"/>
          <w:szCs w:val="24"/>
        </w:rPr>
        <w:t>Comissão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Organizadora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, </w:t>
      </w:r>
      <w:proofErr w:type="spellStart"/>
      <w:r w:rsidRPr="000B7BF6">
        <w:rPr>
          <w:rFonts w:ascii="Book Antiqua" w:hAnsi="Book Antiqua"/>
          <w:sz w:val="24"/>
          <w:szCs w:val="24"/>
        </w:rPr>
        <w:t>cujas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decisões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soberanas</w:t>
      </w:r>
      <w:proofErr w:type="spellEnd"/>
      <w:r w:rsidRPr="000B7BF6">
        <w:rPr>
          <w:rFonts w:ascii="Book Antiqua" w:hAnsi="Book Antiqua"/>
          <w:sz w:val="24"/>
          <w:szCs w:val="24"/>
        </w:rPr>
        <w:t>.</w:t>
      </w:r>
    </w:p>
    <w:p w14:paraId="4F654682" w14:textId="77777777" w:rsidR="00E629AD" w:rsidRPr="000B7BF6" w:rsidRDefault="00E629AD" w:rsidP="00E629AD">
      <w:pPr>
        <w:pStyle w:val="Ttulo2"/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t>DÚVIDAS E INFORMAÇÕES</w:t>
      </w:r>
    </w:p>
    <w:p w14:paraId="7B4ED5CB" w14:textId="6E625C08" w:rsidR="00E629AD" w:rsidRDefault="00E629AD" w:rsidP="00E629AD">
      <w:pPr>
        <w:rPr>
          <w:rFonts w:ascii="Book Antiqua" w:hAnsi="Book Antiqua"/>
          <w:sz w:val="24"/>
          <w:szCs w:val="24"/>
        </w:rPr>
      </w:pPr>
      <w:proofErr w:type="spellStart"/>
      <w:r w:rsidRPr="000B7BF6">
        <w:rPr>
          <w:rFonts w:ascii="Book Antiqua" w:hAnsi="Book Antiqua"/>
          <w:sz w:val="24"/>
          <w:szCs w:val="24"/>
        </w:rPr>
        <w:t>Secretaria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da Agricultura e Meio </w:t>
      </w:r>
      <w:proofErr w:type="spellStart"/>
      <w:r w:rsidRPr="000B7BF6">
        <w:rPr>
          <w:rFonts w:ascii="Book Antiqua" w:hAnsi="Book Antiqua"/>
          <w:sz w:val="24"/>
          <w:szCs w:val="24"/>
        </w:rPr>
        <w:t>Ambiente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 </w:t>
      </w:r>
      <w:r w:rsidRPr="000B7BF6">
        <w:rPr>
          <w:rFonts w:ascii="Book Antiqua" w:hAnsi="Book Antiqua"/>
          <w:sz w:val="24"/>
          <w:szCs w:val="24"/>
        </w:rPr>
        <w:br/>
        <w:t xml:space="preserve">Fones: (49) 3555-3329 | (49) 3555-3343  </w:t>
      </w:r>
      <w:r w:rsidRPr="000B7BF6">
        <w:rPr>
          <w:rFonts w:ascii="Book Antiqua" w:hAnsi="Book Antiqua"/>
          <w:sz w:val="24"/>
          <w:szCs w:val="24"/>
        </w:rPr>
        <w:br/>
        <w:t xml:space="preserve">E-mail: </w:t>
      </w:r>
      <w:hyperlink r:id="rId6" w:history="1">
        <w:r w:rsidR="000B7BF6" w:rsidRPr="00736E81">
          <w:rPr>
            <w:rStyle w:val="Hyperlink"/>
            <w:rFonts w:ascii="Book Antiqua" w:hAnsi="Book Antiqua"/>
            <w:sz w:val="24"/>
            <w:szCs w:val="24"/>
          </w:rPr>
          <w:t>agricultura@capinzal.sc.gov.br</w:t>
        </w:r>
      </w:hyperlink>
    </w:p>
    <w:p w14:paraId="5851E2BA" w14:textId="77777777" w:rsidR="000B7BF6" w:rsidRPr="000B7BF6" w:rsidRDefault="000B7BF6" w:rsidP="00E629AD">
      <w:pPr>
        <w:rPr>
          <w:rFonts w:ascii="Book Antiqua" w:hAnsi="Book Antiqua"/>
          <w:sz w:val="24"/>
          <w:szCs w:val="24"/>
        </w:rPr>
      </w:pPr>
    </w:p>
    <w:p w14:paraId="1A6CD485" w14:textId="77777777" w:rsidR="00E629AD" w:rsidRDefault="00E629AD" w:rsidP="00E629AD">
      <w:pPr>
        <w:pStyle w:val="Ttulo2"/>
        <w:rPr>
          <w:rFonts w:ascii="Book Antiqua" w:hAnsi="Book Antiqua"/>
          <w:color w:val="auto"/>
          <w:sz w:val="24"/>
          <w:szCs w:val="24"/>
        </w:rPr>
      </w:pPr>
      <w:r w:rsidRPr="000B7BF6">
        <w:rPr>
          <w:rFonts w:ascii="Book Antiqua" w:hAnsi="Book Antiqua"/>
          <w:color w:val="auto"/>
          <w:sz w:val="24"/>
          <w:szCs w:val="24"/>
        </w:rPr>
        <w:lastRenderedPageBreak/>
        <w:t>ANEXOS</w:t>
      </w:r>
    </w:p>
    <w:p w14:paraId="5295D2C9" w14:textId="77777777" w:rsidR="000B7BF6" w:rsidRPr="000B7BF6" w:rsidRDefault="000B7BF6" w:rsidP="000B7BF6"/>
    <w:p w14:paraId="5C21AAE3" w14:textId="77777777" w:rsidR="00E629AD" w:rsidRDefault="00E629AD" w:rsidP="00E629AD">
      <w:pPr>
        <w:rPr>
          <w:rFonts w:ascii="Book Antiqua" w:hAnsi="Book Antiqua"/>
          <w:sz w:val="24"/>
          <w:szCs w:val="24"/>
        </w:rPr>
      </w:pPr>
      <w:r w:rsidRPr="000B7BF6">
        <w:rPr>
          <w:rFonts w:ascii="Book Antiqua" w:hAnsi="Book Antiqua"/>
          <w:sz w:val="24"/>
          <w:szCs w:val="24"/>
        </w:rPr>
        <w:t xml:space="preserve">- Anexo I – </w:t>
      </w:r>
      <w:proofErr w:type="spellStart"/>
      <w:r w:rsidRPr="000B7BF6">
        <w:rPr>
          <w:rFonts w:ascii="Book Antiqua" w:hAnsi="Book Antiqua"/>
          <w:sz w:val="24"/>
          <w:szCs w:val="24"/>
        </w:rPr>
        <w:t>Ficha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Inscrição</w:t>
      </w:r>
      <w:proofErr w:type="spellEnd"/>
      <w:r w:rsidRPr="000B7BF6">
        <w:rPr>
          <w:rFonts w:ascii="Book Antiqua" w:hAnsi="Book Antiqua"/>
          <w:sz w:val="24"/>
          <w:szCs w:val="24"/>
        </w:rPr>
        <w:br/>
        <w:t xml:space="preserve">- Anexo II – </w:t>
      </w:r>
      <w:proofErr w:type="spellStart"/>
      <w:r w:rsidRPr="000B7BF6">
        <w:rPr>
          <w:rFonts w:ascii="Book Antiqua" w:hAnsi="Book Antiqua"/>
          <w:sz w:val="24"/>
          <w:szCs w:val="24"/>
        </w:rPr>
        <w:t>Declaração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Responsabilidade</w:t>
      </w:r>
      <w:proofErr w:type="spellEnd"/>
      <w:r w:rsidRPr="000B7BF6">
        <w:rPr>
          <w:rFonts w:ascii="Book Antiqua" w:hAnsi="Book Antiqua"/>
          <w:sz w:val="24"/>
          <w:szCs w:val="24"/>
        </w:rPr>
        <w:br/>
        <w:t xml:space="preserve">- Anexo III – Mapa dos </w:t>
      </w:r>
      <w:proofErr w:type="spellStart"/>
      <w:r w:rsidRPr="000B7BF6">
        <w:rPr>
          <w:rFonts w:ascii="Book Antiqua" w:hAnsi="Book Antiqua"/>
          <w:sz w:val="24"/>
          <w:szCs w:val="24"/>
        </w:rPr>
        <w:t>Espaços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de </w:t>
      </w:r>
      <w:proofErr w:type="spellStart"/>
      <w:r w:rsidRPr="000B7BF6">
        <w:rPr>
          <w:rFonts w:ascii="Book Antiqua" w:hAnsi="Book Antiqua"/>
          <w:sz w:val="24"/>
          <w:szCs w:val="24"/>
        </w:rPr>
        <w:t>Exposição</w:t>
      </w:r>
      <w:proofErr w:type="spellEnd"/>
      <w:r w:rsidRPr="000B7BF6">
        <w:rPr>
          <w:rFonts w:ascii="Book Antiqua" w:hAnsi="Book Antiqua"/>
          <w:sz w:val="24"/>
          <w:szCs w:val="24"/>
        </w:rPr>
        <w:br/>
        <w:t xml:space="preserve">- Anexo IV – </w:t>
      </w:r>
      <w:proofErr w:type="spellStart"/>
      <w:r w:rsidRPr="000B7BF6">
        <w:rPr>
          <w:rFonts w:ascii="Book Antiqua" w:hAnsi="Book Antiqua"/>
          <w:sz w:val="24"/>
          <w:szCs w:val="24"/>
        </w:rPr>
        <w:t>Programação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0B7BF6">
        <w:rPr>
          <w:rFonts w:ascii="Book Antiqua" w:hAnsi="Book Antiqua"/>
          <w:sz w:val="24"/>
          <w:szCs w:val="24"/>
        </w:rPr>
        <w:t>Oficial</w:t>
      </w:r>
      <w:proofErr w:type="spellEnd"/>
      <w:r w:rsidRPr="000B7BF6">
        <w:rPr>
          <w:rFonts w:ascii="Book Antiqua" w:hAnsi="Book Antiqua"/>
          <w:sz w:val="24"/>
          <w:szCs w:val="24"/>
        </w:rPr>
        <w:t xml:space="preserve"> do </w:t>
      </w:r>
      <w:proofErr w:type="spellStart"/>
      <w:r w:rsidRPr="000B7BF6">
        <w:rPr>
          <w:rFonts w:ascii="Book Antiqua" w:hAnsi="Book Antiqua"/>
          <w:sz w:val="24"/>
          <w:szCs w:val="24"/>
        </w:rPr>
        <w:t>Evento</w:t>
      </w:r>
      <w:proofErr w:type="spellEnd"/>
    </w:p>
    <w:p w14:paraId="6F3FB43B" w14:textId="77777777" w:rsidR="000B7BF6" w:rsidRPr="000B7BF6" w:rsidRDefault="000B7BF6" w:rsidP="00E629AD">
      <w:pPr>
        <w:rPr>
          <w:rFonts w:ascii="Book Antiqua" w:hAnsi="Book Antiqua"/>
          <w:sz w:val="24"/>
          <w:szCs w:val="24"/>
        </w:rPr>
      </w:pPr>
    </w:p>
    <w:p w14:paraId="21C93907" w14:textId="42FE5FF7" w:rsidR="00806BF1" w:rsidRPr="000B7BF6" w:rsidRDefault="00000000">
      <w:pPr>
        <w:rPr>
          <w:rFonts w:ascii="Book Antiqua" w:hAnsi="Book Antiqua"/>
          <w:color w:val="000000" w:themeColor="text1"/>
        </w:rPr>
      </w:pPr>
      <w:r w:rsidRPr="000B7BF6">
        <w:rPr>
          <w:rFonts w:ascii="Book Antiqua" w:hAnsi="Book Antiqua"/>
          <w:color w:val="000000" w:themeColor="text1"/>
        </w:rPr>
        <w:br/>
        <w:t>Capinzal/</w:t>
      </w:r>
      <w:r w:rsidRPr="000B7BF6">
        <w:rPr>
          <w:rFonts w:ascii="Book Antiqua" w:hAnsi="Book Antiqua"/>
        </w:rPr>
        <w:t>SC</w:t>
      </w:r>
      <w:r w:rsidR="000B7BF6" w:rsidRPr="000B7BF6">
        <w:rPr>
          <w:rFonts w:ascii="Book Antiqua" w:hAnsi="Book Antiqua"/>
        </w:rPr>
        <w:t xml:space="preserve">, 16 </w:t>
      </w:r>
      <w:r w:rsidRPr="000B7BF6">
        <w:rPr>
          <w:rFonts w:ascii="Book Antiqua" w:hAnsi="Book Antiqua"/>
          <w:color w:val="000000" w:themeColor="text1"/>
        </w:rPr>
        <w:t xml:space="preserve">de </w:t>
      </w:r>
      <w:proofErr w:type="spellStart"/>
      <w:r w:rsidRPr="000B7BF6">
        <w:rPr>
          <w:rFonts w:ascii="Book Antiqua" w:hAnsi="Book Antiqua"/>
          <w:color w:val="000000" w:themeColor="text1"/>
        </w:rPr>
        <w:t>junho</w:t>
      </w:r>
      <w:proofErr w:type="spellEnd"/>
      <w:r w:rsidRPr="000B7BF6">
        <w:rPr>
          <w:rFonts w:ascii="Book Antiqua" w:hAnsi="Book Antiqua"/>
          <w:color w:val="000000" w:themeColor="text1"/>
        </w:rPr>
        <w:t xml:space="preserve"> de 2025.</w:t>
      </w:r>
      <w:r w:rsidRPr="000B7BF6">
        <w:rPr>
          <w:rFonts w:ascii="Book Antiqua" w:hAnsi="Book Antiqua"/>
          <w:color w:val="000000" w:themeColor="text1"/>
        </w:rPr>
        <w:br/>
        <w:t>Comissão Organizadora da 19ª Festa do Agricultor</w:t>
      </w:r>
    </w:p>
    <w:p w14:paraId="3F9D9563" w14:textId="77777777" w:rsidR="00806BF1" w:rsidRPr="000B7BF6" w:rsidRDefault="00000000">
      <w:pPr>
        <w:rPr>
          <w:rFonts w:ascii="Book Antiqua" w:hAnsi="Book Antiqua"/>
          <w:color w:val="000000" w:themeColor="text1"/>
          <w:sz w:val="28"/>
          <w:szCs w:val="28"/>
        </w:rPr>
      </w:pPr>
      <w:r w:rsidRPr="000B7BF6">
        <w:rPr>
          <w:rFonts w:ascii="Book Antiqua" w:hAnsi="Book Antiqua"/>
          <w:color w:val="000000" w:themeColor="text1"/>
          <w:sz w:val="28"/>
          <w:szCs w:val="28"/>
        </w:rPr>
        <w:br w:type="page"/>
      </w:r>
    </w:p>
    <w:p w14:paraId="1B78DA9F" w14:textId="77777777" w:rsidR="00806BF1" w:rsidRPr="000B7BF6" w:rsidRDefault="00000000">
      <w:pPr>
        <w:jc w:val="center"/>
        <w:rPr>
          <w:rFonts w:ascii="Book Antiqua" w:hAnsi="Book Antiqua"/>
          <w:color w:val="000000" w:themeColor="text1"/>
          <w:sz w:val="28"/>
          <w:szCs w:val="28"/>
        </w:rPr>
      </w:pPr>
      <w:r w:rsidRPr="000B7BF6">
        <w:rPr>
          <w:rFonts w:ascii="Book Antiqua" w:hAnsi="Book Antiqua"/>
          <w:b/>
          <w:color w:val="000000" w:themeColor="text1"/>
          <w:sz w:val="28"/>
          <w:szCs w:val="28"/>
        </w:rPr>
        <w:lastRenderedPageBreak/>
        <w:t>ANEXO I – FICHA DE INSCRIÇÃO</w:t>
      </w:r>
    </w:p>
    <w:p w14:paraId="0667CF92" w14:textId="7F3A809B" w:rsidR="00806BF1" w:rsidRPr="000B7BF6" w:rsidRDefault="00000000">
      <w:pPr>
        <w:rPr>
          <w:rFonts w:ascii="Book Antiqua" w:hAnsi="Book Antiqua"/>
          <w:color w:val="000000" w:themeColor="text1"/>
          <w:sz w:val="28"/>
          <w:szCs w:val="28"/>
        </w:rPr>
      </w:pP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RAZÃO SOCIAL: _________________________________________________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NOME FANTASIA: ______________________________________________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CNPJ: ________________________________________________________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ENDEREÇO COMPLETO: __________________________________________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REPRESENTANTE LEGAL: 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TELEFONE: ___________________________________________________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E-MAIL: ______________________________________________________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TIPO DE PRODUTO OU SERVIÇO A SER EXPOSO/COMERCIALIZADO: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_______________________________________________________________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_______________________________________________________________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ESTRUTURA UTILIZADA (especificar tipo de barraca, estande, etc.):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_______________________________________________________________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Declaro que as informações acima são verdadeiras e que estou ciente das normas do Chamamento Público nº 01/2025.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Local e data: 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  <w:t>Assinatura do responsável: _________________________________</w:t>
      </w:r>
      <w:r w:rsidRPr="000B7BF6">
        <w:rPr>
          <w:rFonts w:ascii="Book Antiqua" w:hAnsi="Book Antiqua"/>
          <w:color w:val="000000" w:themeColor="text1"/>
          <w:sz w:val="28"/>
          <w:szCs w:val="28"/>
        </w:rPr>
        <w:br/>
      </w:r>
    </w:p>
    <w:p w14:paraId="5792C44B" w14:textId="77777777" w:rsidR="00806BF1" w:rsidRPr="000B7BF6" w:rsidRDefault="00000000">
      <w:pPr>
        <w:rPr>
          <w:rFonts w:ascii="Book Antiqua" w:hAnsi="Book Antiqua"/>
          <w:color w:val="000000" w:themeColor="text1"/>
          <w:sz w:val="28"/>
          <w:szCs w:val="28"/>
        </w:rPr>
      </w:pPr>
      <w:r w:rsidRPr="000B7BF6">
        <w:rPr>
          <w:rFonts w:ascii="Book Antiqua" w:hAnsi="Book Antiqua"/>
          <w:color w:val="000000" w:themeColor="text1"/>
          <w:sz w:val="28"/>
          <w:szCs w:val="28"/>
        </w:rPr>
        <w:lastRenderedPageBreak/>
        <w:br w:type="page"/>
      </w:r>
    </w:p>
    <w:p w14:paraId="5F7E9EEC" w14:textId="77777777" w:rsidR="00573C70" w:rsidRDefault="00573C70">
      <w:pPr>
        <w:jc w:val="center"/>
        <w:rPr>
          <w:rFonts w:ascii="Book Antiqua" w:hAnsi="Book Antiqua"/>
          <w:b/>
          <w:color w:val="000000" w:themeColor="text1"/>
          <w:sz w:val="28"/>
          <w:szCs w:val="28"/>
        </w:rPr>
      </w:pPr>
    </w:p>
    <w:p w14:paraId="34814A30" w14:textId="6019F952" w:rsidR="00806BF1" w:rsidRPr="002D1097" w:rsidRDefault="00000000">
      <w:pPr>
        <w:jc w:val="center"/>
        <w:rPr>
          <w:rFonts w:ascii="Book Antiqua" w:hAnsi="Book Antiqua"/>
          <w:color w:val="000000" w:themeColor="text1"/>
          <w:sz w:val="28"/>
          <w:szCs w:val="28"/>
        </w:rPr>
      </w:pPr>
      <w:r w:rsidRPr="002D1097">
        <w:rPr>
          <w:rFonts w:ascii="Book Antiqua" w:hAnsi="Book Antiqua"/>
          <w:b/>
          <w:color w:val="000000" w:themeColor="text1"/>
          <w:sz w:val="28"/>
          <w:szCs w:val="28"/>
        </w:rPr>
        <w:t>ANEXO II – DECLARAÇÃO DE RESPONSABILIDADE</w:t>
      </w:r>
    </w:p>
    <w:p w14:paraId="5F07DE37" w14:textId="3445F875" w:rsidR="00806BF1" w:rsidRPr="002D1097" w:rsidRDefault="00000000">
      <w:pPr>
        <w:rPr>
          <w:rFonts w:ascii="Book Antiqua" w:hAnsi="Book Antiqua"/>
          <w:color w:val="000000" w:themeColor="text1"/>
          <w:sz w:val="28"/>
          <w:szCs w:val="28"/>
        </w:rPr>
      </w:pP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DECLARAÇÃO DE RESPONSABILIDADE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Eu, _____________________________________________________________,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representante legal da empresa ______________________________________,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CNPJ nº _______________________, declaro, para os devidos fins, que assumo total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responsabilidade pela estrutura, segurança, higiene e conduta do estande a ser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instalado na 19ª Festa do Agricultor de Capinzal, a realizar-se no dia 06 de julho de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2025, no Parque de Exposições Domingos Pellizzaro.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 xml:space="preserve">Declaro ainda estar ciente de que a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organização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do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evento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e o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Município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de Capinzal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não</w:t>
      </w:r>
      <w:proofErr w:type="spellEnd"/>
      <w:r w:rsidR="007C40F6" w:rsidRPr="002D1097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se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responsabilizam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por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quaisquer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danos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,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perdas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ou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prejuízos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decorrentes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 xml:space="preserve"> da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minha</w:t>
      </w:r>
      <w:proofErr w:type="spellEnd"/>
      <w:r w:rsidR="007C40F6" w:rsidRPr="002D1097">
        <w:rPr>
          <w:rFonts w:ascii="Book Antiqua" w:hAnsi="Book Antiqua"/>
          <w:color w:val="000000" w:themeColor="text1"/>
          <w:sz w:val="28"/>
          <w:szCs w:val="28"/>
        </w:rPr>
        <w:t xml:space="preserve"> </w:t>
      </w:r>
      <w:proofErr w:type="spellStart"/>
      <w:r w:rsidRPr="002D1097">
        <w:rPr>
          <w:rFonts w:ascii="Book Antiqua" w:hAnsi="Book Antiqua"/>
          <w:color w:val="000000" w:themeColor="text1"/>
          <w:sz w:val="28"/>
          <w:szCs w:val="28"/>
        </w:rPr>
        <w:t>participação</w:t>
      </w:r>
      <w:proofErr w:type="spellEnd"/>
      <w:r w:rsidRPr="002D1097">
        <w:rPr>
          <w:rFonts w:ascii="Book Antiqua" w:hAnsi="Book Antiqua"/>
          <w:color w:val="000000" w:themeColor="text1"/>
          <w:sz w:val="28"/>
          <w:szCs w:val="28"/>
        </w:rPr>
        <w:t>.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Local e data: _________________________________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Assinatura do responsável: _________________________________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</w:r>
    </w:p>
    <w:p w14:paraId="4BE4C875" w14:textId="77777777" w:rsidR="00806BF1" w:rsidRPr="002D1097" w:rsidRDefault="00000000">
      <w:pPr>
        <w:rPr>
          <w:rFonts w:ascii="Book Antiqua" w:hAnsi="Book Antiqua"/>
          <w:color w:val="000000" w:themeColor="text1"/>
          <w:sz w:val="28"/>
          <w:szCs w:val="28"/>
        </w:rPr>
      </w:pPr>
      <w:r w:rsidRPr="002D1097">
        <w:rPr>
          <w:rFonts w:ascii="Book Antiqua" w:hAnsi="Book Antiqua"/>
          <w:color w:val="000000" w:themeColor="text1"/>
          <w:sz w:val="28"/>
          <w:szCs w:val="28"/>
        </w:rPr>
        <w:br w:type="page"/>
      </w:r>
    </w:p>
    <w:p w14:paraId="7875F3E1" w14:textId="77777777" w:rsidR="00573C70" w:rsidRDefault="00573C70">
      <w:pPr>
        <w:jc w:val="center"/>
        <w:rPr>
          <w:rFonts w:ascii="Book Antiqua" w:hAnsi="Book Antiqua"/>
          <w:b/>
          <w:color w:val="000000" w:themeColor="text1"/>
          <w:sz w:val="28"/>
          <w:szCs w:val="28"/>
        </w:rPr>
      </w:pPr>
    </w:p>
    <w:p w14:paraId="22EB2099" w14:textId="414E6B44" w:rsidR="00806BF1" w:rsidRPr="002D1097" w:rsidRDefault="00000000">
      <w:pPr>
        <w:jc w:val="center"/>
        <w:rPr>
          <w:rFonts w:ascii="Book Antiqua" w:hAnsi="Book Antiqua"/>
          <w:color w:val="000000" w:themeColor="text1"/>
          <w:sz w:val="28"/>
          <w:szCs w:val="28"/>
        </w:rPr>
      </w:pPr>
      <w:r w:rsidRPr="002D1097">
        <w:rPr>
          <w:rFonts w:ascii="Book Antiqua" w:hAnsi="Book Antiqua"/>
          <w:b/>
          <w:color w:val="000000" w:themeColor="text1"/>
          <w:sz w:val="28"/>
          <w:szCs w:val="28"/>
        </w:rPr>
        <w:t>ANEXO III – MAPA DOS ESPAÇOS DE EXPOSIÇÃO</w:t>
      </w:r>
    </w:p>
    <w:p w14:paraId="314E5D3B" w14:textId="77777777" w:rsidR="00806BF1" w:rsidRPr="002D1097" w:rsidRDefault="00000000">
      <w:pPr>
        <w:rPr>
          <w:rFonts w:ascii="Book Antiqua" w:hAnsi="Book Antiqua"/>
          <w:color w:val="000000" w:themeColor="text1"/>
          <w:sz w:val="28"/>
          <w:szCs w:val="28"/>
        </w:rPr>
      </w:pPr>
      <w:r w:rsidRPr="002D1097">
        <w:rPr>
          <w:rFonts w:ascii="Book Antiqua" w:hAnsi="Book Antiqua"/>
          <w:color w:val="000000" w:themeColor="text1"/>
          <w:sz w:val="28"/>
          <w:szCs w:val="28"/>
        </w:rPr>
        <w:t>O mapa com a numeração e disposição dos estandes será disponibilizado pela Comissão Organizadora no momento da confirmação da inscrição.</w:t>
      </w:r>
    </w:p>
    <w:p w14:paraId="265B7D7F" w14:textId="77777777" w:rsidR="00806BF1" w:rsidRPr="002D1097" w:rsidRDefault="00000000">
      <w:pPr>
        <w:rPr>
          <w:rFonts w:ascii="Book Antiqua" w:hAnsi="Book Antiqua"/>
          <w:color w:val="000000" w:themeColor="text1"/>
          <w:sz w:val="28"/>
          <w:szCs w:val="28"/>
        </w:rPr>
      </w:pPr>
      <w:r w:rsidRPr="002D1097">
        <w:rPr>
          <w:rFonts w:ascii="Book Antiqua" w:hAnsi="Book Antiqua"/>
          <w:color w:val="000000" w:themeColor="text1"/>
          <w:sz w:val="28"/>
          <w:szCs w:val="28"/>
        </w:rPr>
        <w:br w:type="page"/>
      </w:r>
    </w:p>
    <w:p w14:paraId="6CFA581B" w14:textId="77777777" w:rsidR="007C40F6" w:rsidRPr="002D1097" w:rsidRDefault="007C40F6">
      <w:pPr>
        <w:jc w:val="center"/>
        <w:rPr>
          <w:rFonts w:ascii="Book Antiqua" w:hAnsi="Book Antiqua"/>
          <w:b/>
          <w:color w:val="000000" w:themeColor="text1"/>
          <w:sz w:val="28"/>
          <w:szCs w:val="28"/>
        </w:rPr>
      </w:pPr>
    </w:p>
    <w:p w14:paraId="1EEA3B8B" w14:textId="1C5E694C" w:rsidR="00806BF1" w:rsidRPr="002D1097" w:rsidRDefault="00000000">
      <w:pPr>
        <w:jc w:val="center"/>
        <w:rPr>
          <w:rFonts w:ascii="Book Antiqua" w:hAnsi="Book Antiqua"/>
          <w:b/>
          <w:color w:val="000000" w:themeColor="text1"/>
          <w:sz w:val="28"/>
          <w:szCs w:val="28"/>
        </w:rPr>
      </w:pPr>
      <w:r w:rsidRPr="002D1097">
        <w:rPr>
          <w:rFonts w:ascii="Book Antiqua" w:hAnsi="Book Antiqua"/>
          <w:b/>
          <w:color w:val="000000" w:themeColor="text1"/>
          <w:sz w:val="28"/>
          <w:szCs w:val="28"/>
        </w:rPr>
        <w:t>ANEXO IV – PROGRAMAÇÃO OFICIAL DO EVENTO</w:t>
      </w:r>
    </w:p>
    <w:p w14:paraId="01F2AB42" w14:textId="77777777" w:rsidR="007C40F6" w:rsidRPr="002D1097" w:rsidRDefault="007C40F6">
      <w:pPr>
        <w:jc w:val="center"/>
        <w:rPr>
          <w:rFonts w:ascii="Book Antiqua" w:hAnsi="Book Antiqua"/>
          <w:color w:val="000000" w:themeColor="text1"/>
          <w:sz w:val="28"/>
          <w:szCs w:val="28"/>
        </w:rPr>
      </w:pPr>
    </w:p>
    <w:p w14:paraId="1AFB0523" w14:textId="77777777" w:rsidR="00806BF1" w:rsidRPr="002D1097" w:rsidRDefault="00000000">
      <w:pPr>
        <w:rPr>
          <w:rFonts w:ascii="Book Antiqua" w:hAnsi="Book Antiqua"/>
          <w:color w:val="000000" w:themeColor="text1"/>
          <w:sz w:val="28"/>
          <w:szCs w:val="28"/>
        </w:rPr>
      </w:pP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08h30 - Coffee break com produtos locais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09h15 - Abertura oficial com autoridades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09h45 - Entrega dos Troféus Destaque Econômico Agrícola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12h00 - Almoço festivo (churrasco)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13h30 - Sorteio de brindes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14h00 - Apresentação do Grupo Italiano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  <w:t>15h00–20h00 - Matinê com atrações musicais ao vivo</w:t>
      </w:r>
      <w:r w:rsidRPr="002D1097">
        <w:rPr>
          <w:rFonts w:ascii="Book Antiqua" w:hAnsi="Book Antiqua"/>
          <w:color w:val="000000" w:themeColor="text1"/>
          <w:sz w:val="28"/>
          <w:szCs w:val="28"/>
        </w:rPr>
        <w:br/>
      </w:r>
    </w:p>
    <w:sectPr w:rsidR="00806BF1" w:rsidRPr="002D109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E61386"/>
    <w:multiLevelType w:val="multilevel"/>
    <w:tmpl w:val="5532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D710F5"/>
    <w:multiLevelType w:val="hybridMultilevel"/>
    <w:tmpl w:val="6A82682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326605"/>
    <w:multiLevelType w:val="hybridMultilevel"/>
    <w:tmpl w:val="1B3290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863833">
    <w:abstractNumId w:val="8"/>
  </w:num>
  <w:num w:numId="2" w16cid:durableId="1659382596">
    <w:abstractNumId w:val="6"/>
  </w:num>
  <w:num w:numId="3" w16cid:durableId="619846502">
    <w:abstractNumId w:val="5"/>
  </w:num>
  <w:num w:numId="4" w16cid:durableId="1400926">
    <w:abstractNumId w:val="4"/>
  </w:num>
  <w:num w:numId="5" w16cid:durableId="1426802245">
    <w:abstractNumId w:val="7"/>
  </w:num>
  <w:num w:numId="6" w16cid:durableId="1040207146">
    <w:abstractNumId w:val="3"/>
  </w:num>
  <w:num w:numId="7" w16cid:durableId="1394425562">
    <w:abstractNumId w:val="2"/>
  </w:num>
  <w:num w:numId="8" w16cid:durableId="371350111">
    <w:abstractNumId w:val="1"/>
  </w:num>
  <w:num w:numId="9" w16cid:durableId="1512405035">
    <w:abstractNumId w:val="0"/>
  </w:num>
  <w:num w:numId="10" w16cid:durableId="1334381879">
    <w:abstractNumId w:val="10"/>
  </w:num>
  <w:num w:numId="11" w16cid:durableId="444665735">
    <w:abstractNumId w:val="9"/>
  </w:num>
  <w:num w:numId="12" w16cid:durableId="8533488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BF6"/>
    <w:rsid w:val="0015074B"/>
    <w:rsid w:val="00216CBD"/>
    <w:rsid w:val="0029639D"/>
    <w:rsid w:val="002D1097"/>
    <w:rsid w:val="00326F90"/>
    <w:rsid w:val="0053662F"/>
    <w:rsid w:val="00564E30"/>
    <w:rsid w:val="00573C70"/>
    <w:rsid w:val="006812AC"/>
    <w:rsid w:val="006D6258"/>
    <w:rsid w:val="007C40F6"/>
    <w:rsid w:val="00806BF1"/>
    <w:rsid w:val="00A65E60"/>
    <w:rsid w:val="00AA1D8D"/>
    <w:rsid w:val="00B47730"/>
    <w:rsid w:val="00CB0664"/>
    <w:rsid w:val="00E629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98CCCA"/>
  <w14:defaultImageDpi w14:val="300"/>
  <w15:docId w15:val="{ABDDF735-6E12-4B1E-97EF-C02FD79E4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0B7BF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B7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gricultura@capinzal.sc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1272</Words>
  <Characters>6871</Characters>
  <Application>Microsoft Office Word</Application>
  <DocSecurity>0</DocSecurity>
  <Lines>57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Usuário</cp:lastModifiedBy>
  <cp:revision>2</cp:revision>
  <cp:lastPrinted>2025-06-17T20:07:00Z</cp:lastPrinted>
  <dcterms:created xsi:type="dcterms:W3CDTF">2025-06-18T17:36:00Z</dcterms:created>
  <dcterms:modified xsi:type="dcterms:W3CDTF">2025-06-18T17:36:00Z</dcterms:modified>
  <cp:category/>
</cp:coreProperties>
</file>