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3154" w14:textId="77777777" w:rsidR="008A44DA" w:rsidRPr="00B51A7C" w:rsidRDefault="00000000">
      <w:pPr>
        <w:pStyle w:val="Ttulo1"/>
        <w:rPr>
          <w:rFonts w:ascii="Book Antiqua" w:hAnsi="Book Antiqua"/>
          <w:color w:val="auto"/>
          <w:sz w:val="22"/>
          <w:szCs w:val="22"/>
        </w:rPr>
      </w:pPr>
      <w:r w:rsidRPr="00B51A7C">
        <w:rPr>
          <w:rFonts w:ascii="Book Antiqua" w:hAnsi="Book Antiqua"/>
          <w:color w:val="auto"/>
          <w:sz w:val="22"/>
          <w:szCs w:val="22"/>
        </w:rPr>
        <w:t>ANEXO I – FICHA DE INSCRIÇÃO</w:t>
      </w:r>
    </w:p>
    <w:p w14:paraId="54911FC2" w14:textId="77777777" w:rsidR="008A44DA" w:rsidRPr="00B51A7C" w:rsidRDefault="00000000">
      <w:pPr>
        <w:rPr>
          <w:rFonts w:ascii="Book Antiqua" w:hAnsi="Book Antiqua"/>
        </w:rPr>
      </w:pPr>
      <w:r w:rsidRPr="00B51A7C">
        <w:rPr>
          <w:rFonts w:ascii="Book Antiqua" w:hAnsi="Book Antiqua"/>
        </w:rPr>
        <w:br/>
        <w:t>19ª FESTA DO AGRICULTOR DE CAPINZAL</w:t>
      </w:r>
      <w:r w:rsidRPr="00B51A7C">
        <w:rPr>
          <w:rFonts w:ascii="Book Antiqua" w:hAnsi="Book Antiqua"/>
        </w:rPr>
        <w:br/>
        <w:t>DATA: 06 de julho de 2025</w:t>
      </w:r>
      <w:r w:rsidRPr="00B51A7C">
        <w:rPr>
          <w:rFonts w:ascii="Book Antiqua" w:hAnsi="Book Antiqua"/>
        </w:rPr>
        <w:br/>
        <w:t>LOCAL: Parque de Exposições Domingos Pellizzaro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RAZÃO SOCIAL: 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NOME FANTASIA: 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CNPJ: _________________________________________________________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RESPONSÁVEL PELO ESTANDE: 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ENDEREÇO: ____________________________________________________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CIDADE: ___________________________ ESTADO: ________ CEP: 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TELEFONE: ________________________ WHATSAPP: 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E-MAIL: ________________________________________________________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TIPO DE PRODUTO OU SERVIÇO A SER EXPOSO: ________________________</w:t>
      </w:r>
      <w:r w:rsidRPr="00B51A7C">
        <w:rPr>
          <w:rFonts w:ascii="Book Antiqua" w:hAnsi="Book Antiqua"/>
        </w:rPr>
        <w:br/>
        <w:t>________________________________________________________________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 xml:space="preserve">NECESSIDADE DE ENERGIA ELÉTRICA? </w:t>
      </w:r>
      <w:proofErr w:type="gramStart"/>
      <w:r w:rsidRPr="00B51A7C">
        <w:rPr>
          <w:rFonts w:ascii="Book Antiqua" w:hAnsi="Book Antiqua"/>
        </w:rPr>
        <w:t xml:space="preserve">(  </w:t>
      </w:r>
      <w:proofErr w:type="gramEnd"/>
      <w:r w:rsidRPr="00B51A7C">
        <w:rPr>
          <w:rFonts w:ascii="Book Antiqua" w:hAnsi="Book Antiqua"/>
        </w:rPr>
        <w:t xml:space="preserve"> ) SIM</w:t>
      </w:r>
      <w:proofErr w:type="gramStart"/>
      <w:r w:rsidRPr="00B51A7C">
        <w:rPr>
          <w:rFonts w:ascii="Book Antiqua" w:hAnsi="Book Antiqua"/>
        </w:rPr>
        <w:t xml:space="preserve">   (</w:t>
      </w:r>
      <w:proofErr w:type="gramEnd"/>
      <w:r w:rsidRPr="00B51A7C">
        <w:rPr>
          <w:rFonts w:ascii="Book Antiqua" w:hAnsi="Book Antiqua"/>
        </w:rPr>
        <w:t xml:space="preserve"> </w:t>
      </w:r>
      <w:proofErr w:type="gramStart"/>
      <w:r w:rsidRPr="00B51A7C">
        <w:rPr>
          <w:rFonts w:ascii="Book Antiqua" w:hAnsi="Book Antiqua"/>
        </w:rPr>
        <w:t xml:space="preserve">  )</w:t>
      </w:r>
      <w:proofErr w:type="gramEnd"/>
      <w:r w:rsidRPr="00B51A7C">
        <w:rPr>
          <w:rFonts w:ascii="Book Antiqua" w:hAnsi="Book Antiqua"/>
        </w:rPr>
        <w:t xml:space="preserve"> NÃO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OUTRAS NECESSIDADES: 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DECLARO, para os devidos fins, que li e concordo com os termos do Chamamento Público para a 19ª Festa do Agricultor de Capinzal e assumo total responsabilidade pela estrutura, segurança e operação do estande durante o evento.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LOCAL E DATA: _________________________________________________</w:t>
      </w:r>
      <w:r w:rsidRPr="00B51A7C">
        <w:rPr>
          <w:rFonts w:ascii="Book Antiqua" w:hAnsi="Book Antiqua"/>
        </w:rPr>
        <w:br/>
      </w:r>
      <w:r w:rsidRPr="00B51A7C">
        <w:rPr>
          <w:rFonts w:ascii="Book Antiqua" w:hAnsi="Book Antiqua"/>
        </w:rPr>
        <w:br/>
        <w:t>ASSINATURA DO RESPONSÁVEL: ____________________________________</w:t>
      </w:r>
      <w:r w:rsidRPr="00B51A7C">
        <w:rPr>
          <w:rFonts w:ascii="Book Antiqua" w:hAnsi="Book Antiqua"/>
        </w:rPr>
        <w:br/>
      </w:r>
    </w:p>
    <w:sectPr w:rsidR="008A44DA" w:rsidRPr="00B51A7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9223828">
    <w:abstractNumId w:val="8"/>
  </w:num>
  <w:num w:numId="2" w16cid:durableId="1739598174">
    <w:abstractNumId w:val="6"/>
  </w:num>
  <w:num w:numId="3" w16cid:durableId="59407943">
    <w:abstractNumId w:val="5"/>
  </w:num>
  <w:num w:numId="4" w16cid:durableId="887842518">
    <w:abstractNumId w:val="4"/>
  </w:num>
  <w:num w:numId="5" w16cid:durableId="568926157">
    <w:abstractNumId w:val="7"/>
  </w:num>
  <w:num w:numId="6" w16cid:durableId="152918795">
    <w:abstractNumId w:val="3"/>
  </w:num>
  <w:num w:numId="7" w16cid:durableId="1753115341">
    <w:abstractNumId w:val="2"/>
  </w:num>
  <w:num w:numId="8" w16cid:durableId="1872496439">
    <w:abstractNumId w:val="1"/>
  </w:num>
  <w:num w:numId="9" w16cid:durableId="1326084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A44DA"/>
    <w:rsid w:val="009F113D"/>
    <w:rsid w:val="00AA1D8D"/>
    <w:rsid w:val="00B47730"/>
    <w:rsid w:val="00B51A7C"/>
    <w:rsid w:val="00C06371"/>
    <w:rsid w:val="00CB0664"/>
    <w:rsid w:val="00DC39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C649"/>
  <w14:defaultImageDpi w14:val="300"/>
  <w15:docId w15:val="{3FF6EEB6-6E2B-484D-801F-30298922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3</cp:revision>
  <dcterms:created xsi:type="dcterms:W3CDTF">2025-06-13T18:41:00Z</dcterms:created>
  <dcterms:modified xsi:type="dcterms:W3CDTF">2025-06-13T18:46:00Z</dcterms:modified>
  <cp:category/>
</cp:coreProperties>
</file>