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42FBA" w14:textId="77777777" w:rsidR="007E62B5" w:rsidRPr="00950168" w:rsidRDefault="00000000">
      <w:pPr>
        <w:pStyle w:val="Ttulo1"/>
        <w:rPr>
          <w:color w:val="auto"/>
        </w:rPr>
      </w:pPr>
      <w:r w:rsidRPr="00950168">
        <w:rPr>
          <w:color w:val="auto"/>
        </w:rPr>
        <w:t>ANEXO II – DECLARAÇÃO DE RESPONSABILIDADE</w:t>
      </w:r>
    </w:p>
    <w:p w14:paraId="3787ED14" w14:textId="77777777" w:rsidR="007E62B5" w:rsidRPr="00824DA7" w:rsidRDefault="00000000">
      <w:pPr>
        <w:rPr>
          <w:sz w:val="28"/>
          <w:szCs w:val="28"/>
        </w:rPr>
      </w:pPr>
      <w:r>
        <w:br/>
      </w:r>
      <w:r w:rsidRPr="00824DA7">
        <w:rPr>
          <w:sz w:val="28"/>
          <w:szCs w:val="28"/>
        </w:rPr>
        <w:t>Eu, ___________________________________________________________,</w:t>
      </w:r>
      <w:r w:rsidRPr="00824DA7">
        <w:rPr>
          <w:sz w:val="28"/>
          <w:szCs w:val="28"/>
        </w:rPr>
        <w:br/>
        <w:t>representante legal da empresa ______________________________________,</w:t>
      </w:r>
      <w:r w:rsidRPr="00824DA7">
        <w:rPr>
          <w:sz w:val="28"/>
          <w:szCs w:val="28"/>
        </w:rPr>
        <w:br/>
        <w:t>inscrita no CNPJ sob o nº ___________________________________________,</w:t>
      </w:r>
      <w:r w:rsidRPr="00824DA7">
        <w:rPr>
          <w:sz w:val="28"/>
          <w:szCs w:val="28"/>
        </w:rPr>
        <w:br/>
        <w:t>com sede na _____________________________________________________,</w:t>
      </w:r>
      <w:r w:rsidRPr="00824DA7">
        <w:rPr>
          <w:sz w:val="28"/>
          <w:szCs w:val="28"/>
        </w:rPr>
        <w:br/>
        <w:t>declaro, sob as penas da lei, que assumo total responsabilidade pela</w:t>
      </w:r>
      <w:r w:rsidRPr="00824DA7">
        <w:rPr>
          <w:sz w:val="28"/>
          <w:szCs w:val="28"/>
        </w:rPr>
        <w:br/>
        <w:t>estrutura, montagem, operação e desmontagem do estande a ser utilizado</w:t>
      </w:r>
      <w:r w:rsidRPr="00824DA7">
        <w:rPr>
          <w:sz w:val="28"/>
          <w:szCs w:val="28"/>
        </w:rPr>
        <w:br/>
        <w:t>durante a 19ª Festa do Agricultor de Capinzal, no dia 06 de julho de 2025,</w:t>
      </w:r>
      <w:r w:rsidRPr="00824DA7">
        <w:rPr>
          <w:sz w:val="28"/>
          <w:szCs w:val="28"/>
        </w:rPr>
        <w:br/>
        <w:t>bem como por eventuais danos causados a terceiros ou ao patrimônio público.</w:t>
      </w:r>
      <w:r w:rsidRPr="00824DA7">
        <w:rPr>
          <w:sz w:val="28"/>
          <w:szCs w:val="28"/>
        </w:rPr>
        <w:br/>
      </w:r>
      <w:r w:rsidRPr="00824DA7">
        <w:rPr>
          <w:sz w:val="28"/>
          <w:szCs w:val="28"/>
        </w:rPr>
        <w:br/>
        <w:t>Declaro ainda estar ciente de todas as regras e exigências estabelecidas no Chamamento Público e comprometemo-nos a cumpri-las integralmente.</w:t>
      </w:r>
      <w:r w:rsidRPr="00824DA7">
        <w:rPr>
          <w:sz w:val="28"/>
          <w:szCs w:val="28"/>
        </w:rPr>
        <w:br/>
      </w:r>
      <w:r w:rsidRPr="00824DA7">
        <w:rPr>
          <w:sz w:val="28"/>
          <w:szCs w:val="28"/>
        </w:rPr>
        <w:br/>
        <w:t>Capinzal/SC, ____ de junho de 2025.</w:t>
      </w:r>
      <w:r w:rsidRPr="00824DA7">
        <w:rPr>
          <w:sz w:val="28"/>
          <w:szCs w:val="28"/>
        </w:rPr>
        <w:br/>
      </w:r>
      <w:r w:rsidRPr="00824DA7">
        <w:rPr>
          <w:sz w:val="28"/>
          <w:szCs w:val="28"/>
        </w:rPr>
        <w:br/>
      </w:r>
      <w:r w:rsidRPr="00824DA7">
        <w:rPr>
          <w:sz w:val="28"/>
          <w:szCs w:val="28"/>
        </w:rPr>
        <w:br/>
        <w:t>__________________________________________</w:t>
      </w:r>
      <w:r w:rsidRPr="00824DA7">
        <w:rPr>
          <w:sz w:val="28"/>
          <w:szCs w:val="28"/>
        </w:rPr>
        <w:br/>
        <w:t>Assinatura do responsável legal</w:t>
      </w:r>
      <w:r w:rsidRPr="00824DA7">
        <w:rPr>
          <w:sz w:val="28"/>
          <w:szCs w:val="28"/>
        </w:rPr>
        <w:br/>
      </w:r>
    </w:p>
    <w:sectPr w:rsidR="007E62B5" w:rsidRPr="00824DA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2714505">
    <w:abstractNumId w:val="8"/>
  </w:num>
  <w:num w:numId="2" w16cid:durableId="1608536474">
    <w:abstractNumId w:val="6"/>
  </w:num>
  <w:num w:numId="3" w16cid:durableId="553197287">
    <w:abstractNumId w:val="5"/>
  </w:num>
  <w:num w:numId="4" w16cid:durableId="233509088">
    <w:abstractNumId w:val="4"/>
  </w:num>
  <w:num w:numId="5" w16cid:durableId="1083141703">
    <w:abstractNumId w:val="7"/>
  </w:num>
  <w:num w:numId="6" w16cid:durableId="787240339">
    <w:abstractNumId w:val="3"/>
  </w:num>
  <w:num w:numId="7" w16cid:durableId="1960452439">
    <w:abstractNumId w:val="2"/>
  </w:num>
  <w:num w:numId="8" w16cid:durableId="211188808">
    <w:abstractNumId w:val="1"/>
  </w:num>
  <w:num w:numId="9" w16cid:durableId="1846699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662F"/>
    <w:rsid w:val="007E62B5"/>
    <w:rsid w:val="00824DA7"/>
    <w:rsid w:val="00950168"/>
    <w:rsid w:val="00AA1D8D"/>
    <w:rsid w:val="00B47730"/>
    <w:rsid w:val="00C0637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504418"/>
  <w14:defaultImageDpi w14:val="300"/>
  <w15:docId w15:val="{3FF6EEB6-6E2B-484D-801F-30298922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Usuário</cp:lastModifiedBy>
  <cp:revision>3</cp:revision>
  <dcterms:created xsi:type="dcterms:W3CDTF">2025-06-13T18:42:00Z</dcterms:created>
  <dcterms:modified xsi:type="dcterms:W3CDTF">2025-06-18T17:20:00Z</dcterms:modified>
  <cp:category/>
</cp:coreProperties>
</file>